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 DER MÜLLTONNENENTLEERUNG</w:t>
      </w:r>
    </w:p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Name : _______________________________________________________________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Entsorgungsunternehmen / Stadtverwaltung :</w:t>
      </w:r>
    </w:p>
    <w:p>
      <w:r>
        <w:rPr>
          <w:b w:val="0"/>
          <w:sz w:val="20"/>
        </w:rPr>
        <w:t>Name : _______________________________________________________________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</w:t>
      </w:r>
    </w:p>
    <w:p/>
    <w:p>
      <w:r>
        <w:rPr>
          <w:b/>
          <w:sz w:val="20"/>
        </w:rPr>
        <w:t>Betreff: Kündigung der Mülltonnenentleerung</w:t>
      </w:r>
    </w:p>
    <w:p/>
    <w:p>
      <w:r>
        <w:rPr>
          <w:b w:val="0"/>
          <w:sz w:val="20"/>
        </w:rPr>
        <w:t>hiermit kündige ich die Mülltonnenentleerung für meine Adresse mit sofortiger Wirkung / zum nächstmöglichen Termin.</w:t>
      </w:r>
    </w:p>
    <w:p>
      <w:r>
        <w:rPr>
          <w:b w:val="0"/>
          <w:sz w:val="20"/>
        </w:rPr>
        <w:t>Bitte bestätigen Sie mir schriftlich den Erhalt dieser Kündigung sowie das Enddatum der Entleerung.</w:t>
      </w:r>
    </w:p>
    <w:p/>
    <w:p>
      <w:r>
        <w:rPr>
          <w:b/>
          <w:sz w:val="20"/>
        </w:rPr>
        <w:t>Angaben zur Mülltonne :</w:t>
      </w:r>
    </w:p>
    <w:p>
      <w:r>
        <w:rPr>
          <w:b w:val="0"/>
          <w:sz w:val="20"/>
        </w:rPr>
        <w:t>Behälternummer : ________________________________________________</w:t>
      </w:r>
    </w:p>
    <w:p>
      <w:r>
        <w:rPr>
          <w:b w:val="0"/>
          <w:sz w:val="20"/>
        </w:rPr>
        <w:t>Behältergröße (Liter) : ____________________________________________</w:t>
      </w:r>
    </w:p>
    <w:p>
      <w:r>
        <w:rPr>
          <w:b w:val="0"/>
          <w:sz w:val="20"/>
        </w:rPr>
        <w:t>Standort : ________________________________________________________</w:t>
      </w:r>
    </w:p>
    <w:p/>
    <w:p>
      <w:r>
        <w:rPr>
          <w:b/>
          <w:sz w:val="20"/>
        </w:rPr>
        <w:t>Rückgabe der Mülltonne :</w:t>
      </w:r>
    </w:p>
    <w:p>
      <w:r>
        <w:rPr>
          <w:b w:val="0"/>
          <w:sz w:val="20"/>
        </w:rPr>
        <w:t>Die Mülltonne wird bis spätestens ___________________ zurückgegeben.</w:t>
      </w:r>
    </w:p>
    <w:p/>
    <w:p>
      <w:r>
        <w:rPr>
          <w:b/>
          <w:sz w:val="20"/>
        </w:rPr>
        <w:t>Rechtsgrundlagen und Hinweise :</w:t>
      </w:r>
    </w:p>
    <w:p>
      <w:r>
        <w:rPr>
          <w:b w:val="0"/>
          <w:sz w:val="20"/>
        </w:rPr>
        <w:t>Die Kündigung erfolgt gemäß den Allgemeinen Entsorgungsbedingungen und den geltenden kommunalen Satzungen.</w:t>
      </w:r>
    </w:p>
    <w:p>
      <w:r>
        <w:rPr>
          <w:b w:val="0"/>
          <w:sz w:val="20"/>
        </w:rPr>
        <w:t>Etwaige Gebühren bis zum Kündigungszeitpunkt sind zu entrichten.</w:t>
      </w:r>
    </w:p>
    <w:p/>
    <w:p>
      <w:r>
        <w:rPr>
          <w:b w:val="0"/>
          <w:sz w:val="20"/>
        </w:rPr>
        <w:t>Mit freundlichen Grüßen,</w:t>
      </w:r>
    </w:p>
    <w:p/>
    <w:p/>
    <w:p/>
    <w:p>
      <w:r>
        <w:rPr>
          <w:b w:val="0"/>
          <w:sz w:val="20"/>
        </w:rPr>
        <w:t>Ort : ____________________________    Datum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Unterschrift : 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Name : 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https://vorlagenfy.com/mulltonne-kundigen/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mulltonne-kundigen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