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MITBEWOHNER-VEREINBARUNG</w:t>
      </w:r>
    </w:p>
    <w:p/>
    <w:p>
      <w:r>
        <w:rPr>
          <w:b/>
          <w:sz w:val="20"/>
        </w:rPr>
        <w:t>Angaben der Mitbewohner:</w:t>
      </w:r>
    </w:p>
    <w:p>
      <w:r>
        <w:rPr>
          <w:b w:val="0"/>
          <w:sz w:val="20"/>
        </w:rPr>
        <w:t>Name Mitbewohner 1 : _____________________________________________</w:t>
      </w:r>
    </w:p>
    <w:p>
      <w:r>
        <w:rPr>
          <w:b w:val="0"/>
          <w:sz w:val="20"/>
        </w:rPr>
        <w:t>Name Mitbewohner 2 : _____________________________________________</w:t>
      </w:r>
    </w:p>
    <w:p>
      <w:r>
        <w:rPr>
          <w:b w:val="0"/>
          <w:sz w:val="20"/>
        </w:rPr>
        <w:t>Adresse der Wohnung : _____________________________________________</w:t>
      </w:r>
    </w:p>
    <w:p/>
    <w:p>
      <w:r>
        <w:rPr>
          <w:b/>
          <w:sz w:val="20"/>
        </w:rPr>
        <w:t>Mietzahlungen und Nebenkosten:</w:t>
      </w:r>
    </w:p>
    <w:p>
      <w:r>
        <w:rPr>
          <w:b w:val="0"/>
          <w:sz w:val="20"/>
        </w:rPr>
        <w:t>Gesamtmiete : _________________ EUR monatlich</w:t>
      </w:r>
    </w:p>
    <w:p>
      <w:r>
        <w:rPr>
          <w:b w:val="0"/>
          <w:sz w:val="20"/>
        </w:rPr>
        <w:t>Anteil Mitbewohner 1 : _________________ EUR</w:t>
      </w:r>
    </w:p>
    <w:p>
      <w:r>
        <w:rPr>
          <w:b w:val="0"/>
          <w:sz w:val="20"/>
        </w:rPr>
        <w:t>Anteil Mitbewohner 2 : _________________ EUR</w:t>
      </w:r>
    </w:p>
    <w:p>
      <w:r>
        <w:rPr>
          <w:b w:val="0"/>
          <w:sz w:val="20"/>
        </w:rPr>
        <w:t>Nebenkosten (Strom, Wasser, Heizung etc.) : _________________________</w:t>
      </w:r>
    </w:p>
    <w:p>
      <w:r>
        <w:rPr>
          <w:b w:val="0"/>
          <w:sz w:val="20"/>
        </w:rPr>
        <w:t>Regelung zur Zahlung der Nebenkosten : _____________________________</w:t>
      </w:r>
    </w:p>
    <w:p/>
    <w:p>
      <w:r>
        <w:rPr>
          <w:b/>
          <w:sz w:val="20"/>
        </w:rPr>
        <w:t>Nutzung der Räume:</w:t>
      </w:r>
    </w:p>
    <w:p>
      <w:r>
        <w:rPr>
          <w:b w:val="0"/>
          <w:sz w:val="20"/>
        </w:rPr>
        <w:t>Festgelegte Räume Mitbewohner 1 : __________________________________</w:t>
      </w:r>
    </w:p>
    <w:p>
      <w:r>
        <w:rPr>
          <w:b w:val="0"/>
          <w:sz w:val="20"/>
        </w:rPr>
        <w:t>Festgelegte Räume Mitbewohner 2 : __________________________________</w:t>
      </w:r>
    </w:p>
    <w:p>
      <w:r>
        <w:rPr>
          <w:b w:val="0"/>
          <w:sz w:val="20"/>
        </w:rPr>
        <w:t>Gemeinschaftlich genutzte Räume : __________________________________</w:t>
      </w:r>
    </w:p>
    <w:p/>
    <w:p>
      <w:r>
        <w:rPr>
          <w:b/>
          <w:sz w:val="20"/>
        </w:rPr>
        <w:t>Pflichten und Rechte der Mitbewohner:</w:t>
      </w:r>
    </w:p>
    <w:p>
      <w:r>
        <w:rPr>
          <w:b w:val="0"/>
          <w:sz w:val="20"/>
        </w:rPr>
        <w:t>1. Sauberkeit und Ordnung in Gemeinschaftsbereichen sind von allen Mitbewohnern einzuhalten.</w:t>
      </w:r>
    </w:p>
    <w:p>
      <w:r>
        <w:rPr>
          <w:b w:val="0"/>
          <w:sz w:val="20"/>
        </w:rPr>
        <w:t>2. Ruhezeiten werden wie folgt eingehalten : __________________________</w:t>
      </w:r>
    </w:p>
    <w:p>
      <w:r>
        <w:rPr>
          <w:b w:val="0"/>
          <w:sz w:val="20"/>
        </w:rPr>
        <w:t>3. Besuchsregelungen : _____________________________________________</w:t>
      </w:r>
    </w:p>
    <w:p>
      <w:r>
        <w:rPr>
          <w:b w:val="0"/>
          <w:sz w:val="20"/>
        </w:rPr>
        <w:t>4. Haustiere sind erlaubt/nicht erlaubt (bitte ankreuzen).</w:t>
      </w:r>
    </w:p>
    <w:p/>
    <w:p>
      <w:r>
        <w:rPr>
          <w:b/>
          <w:sz w:val="20"/>
        </w:rPr>
        <w:t>Vertragsdauer und Kündigung:</w:t>
      </w:r>
    </w:p>
    <w:p>
      <w:r>
        <w:rPr>
          <w:b w:val="0"/>
          <w:sz w:val="20"/>
        </w:rPr>
        <w:t>Die Vereinbarung gilt ab Unterzeichnung und kann mit einer Frist von ___________ Monaten zum Monatsende gekündigt werden.</w:t>
      </w:r>
    </w:p>
    <w:p>
      <w:r>
        <w:rPr>
          <w:b w:val="0"/>
          <w:sz w:val="20"/>
        </w:rPr>
        <w:t>Im Falle eines Auszugs eines Mitbewohners gelten folgende Regelungen : ________________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MITBEWOHNER 1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MITBEWOHNER 2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https://vorlagenfy.com/mitbewohner-vereinbarung-vorlage/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itbewohner-vereinbarung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