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MIETVERTRAG / CONTRATO DE ARRENDAMIENTO</w:t>
      </w:r>
    </w:p>
    <w:p/>
    <w:p>
      <w:r>
        <w:rPr>
          <w:b w:val="0"/>
          <w:sz w:val="20"/>
        </w:rPr>
        <w:t>Ort : ____________________________    Lugar : ____________________________</w:t>
      </w:r>
    </w:p>
    <w:p/>
    <w:p>
      <w:r>
        <w:rPr>
          <w:b/>
          <w:sz w:val="20"/>
        </w:rPr>
        <w:t>Angaben des Vermieters / Datos del arrendador :</w:t>
      </w:r>
    </w:p>
    <w:p>
      <w:r>
        <w:rPr>
          <w:b w:val="0"/>
          <w:sz w:val="20"/>
        </w:rPr>
        <w:t>Vor- und Nachname / Nombre y Apellido : ____________________________________________</w:t>
      </w:r>
    </w:p>
    <w:p>
      <w:r>
        <w:rPr>
          <w:b w:val="0"/>
          <w:sz w:val="20"/>
        </w:rPr>
        <w:t>Personalausweis-Nr. / Número de identificación : ________________________________</w:t>
      </w:r>
    </w:p>
    <w:p>
      <w:r>
        <w:rPr>
          <w:b w:val="0"/>
          <w:sz w:val="20"/>
        </w:rPr>
        <w:t>Anschrift / Dirección : _________________________________________________________</w:t>
      </w:r>
    </w:p>
    <w:p>
      <w:r>
        <w:rPr>
          <w:b w:val="0"/>
          <w:sz w:val="20"/>
        </w:rPr>
        <w:t>Telefonnummer / Número de teléfono : _____________________________________________</w:t>
      </w:r>
    </w:p>
    <w:p/>
    <w:p>
      <w:r>
        <w:rPr>
          <w:b/>
          <w:sz w:val="20"/>
        </w:rPr>
        <w:t>Angaben des Mieters / Datos del arrendatario :</w:t>
      </w:r>
    </w:p>
    <w:p>
      <w:r>
        <w:rPr>
          <w:b w:val="0"/>
          <w:sz w:val="20"/>
        </w:rPr>
        <w:t>Vor- und Nachname / Nombre y Apellido : ____________________________________________</w:t>
      </w:r>
    </w:p>
    <w:p>
      <w:r>
        <w:rPr>
          <w:b w:val="0"/>
          <w:sz w:val="20"/>
        </w:rPr>
        <w:t>Personalausweis-Nr. / Número de identificación : ________________________________</w:t>
      </w:r>
    </w:p>
    <w:p>
      <w:r>
        <w:rPr>
          <w:b w:val="0"/>
          <w:sz w:val="20"/>
        </w:rPr>
        <w:t>Anschrift / Dirección : _________________________________________________________</w:t>
      </w:r>
    </w:p>
    <w:p>
      <w:r>
        <w:rPr>
          <w:b w:val="0"/>
          <w:sz w:val="20"/>
        </w:rPr>
        <w:t>Telefonnummer / Número de teléfono : _____________________________________________</w:t>
      </w:r>
    </w:p>
    <w:p/>
    <w:p>
      <w:r>
        <w:rPr>
          <w:b/>
          <w:sz w:val="20"/>
        </w:rPr>
        <w:t>Angaben zum Mietobjekt / Datos del objeto arrendado :</w:t>
      </w:r>
    </w:p>
    <w:p>
      <w:r>
        <w:rPr>
          <w:b w:val="0"/>
          <w:sz w:val="20"/>
        </w:rPr>
        <w:t>Adresse / Dirección : __________________________________________________________</w:t>
      </w:r>
    </w:p>
    <w:p>
      <w:r>
        <w:rPr>
          <w:b w:val="0"/>
          <w:sz w:val="20"/>
        </w:rPr>
        <w:t>Wohnungsgröße / Tamaño del apartamento : ___________________ m²</w:t>
      </w:r>
    </w:p>
    <w:p>
      <w:r>
        <w:rPr>
          <w:b w:val="0"/>
          <w:sz w:val="20"/>
        </w:rPr>
        <w:t>Zimmeranzahl / Número de habitaciones : ___________________________________________</w:t>
      </w:r>
    </w:p>
    <w:p>
      <w:r>
        <w:rPr>
          <w:b w:val="0"/>
          <w:sz w:val="20"/>
        </w:rPr>
        <w:t>Ausstattung / Equipamiento : ____________________________________________________</w:t>
      </w:r>
    </w:p>
    <w:p/>
    <w:p>
      <w:r>
        <w:rPr>
          <w:b/>
          <w:sz w:val="20"/>
        </w:rPr>
        <w:t>Mietzeit und Kündigung / Duración y terminación del contrato :</w:t>
      </w:r>
    </w:p>
    <w:p>
      <w:r>
        <w:rPr>
          <w:b w:val="0"/>
          <w:sz w:val="20"/>
        </w:rPr>
        <w:t>Mietbeginn / Inicio del arrendamiento : __________________________________________</w:t>
      </w:r>
    </w:p>
    <w:p>
      <w:r>
        <w:rPr>
          <w:b w:val="0"/>
          <w:sz w:val="20"/>
        </w:rPr>
        <w:t>Mietdauer / Duración : __________________________________________________________</w:t>
      </w:r>
    </w:p>
    <w:p>
      <w:r>
        <w:rPr>
          <w:b w:val="0"/>
          <w:sz w:val="20"/>
        </w:rPr>
        <w:t>Kündigungsfrist / Plazo de preaviso : ____________________________________________</w:t>
      </w:r>
    </w:p>
    <w:p/>
    <w:p>
      <w:r>
        <w:rPr>
          <w:b/>
          <w:sz w:val="20"/>
        </w:rPr>
        <w:t>Mietzins und Nebenkosten / Renta y gastos adicionales :</w:t>
      </w:r>
    </w:p>
    <w:p>
      <w:r>
        <w:rPr>
          <w:b w:val="0"/>
          <w:sz w:val="20"/>
        </w:rPr>
        <w:t>Monatlicher Mietzins / Renta mensual : _________________ EUR</w:t>
      </w:r>
    </w:p>
    <w:p>
      <w:r>
        <w:rPr>
          <w:b w:val="0"/>
          <w:sz w:val="20"/>
        </w:rPr>
        <w:t>Nebenkosten / Gastos adicionales : __________________________________________________</w:t>
      </w:r>
    </w:p>
    <w:p>
      <w:r>
        <w:rPr>
          <w:b w:val="0"/>
          <w:sz w:val="20"/>
        </w:rPr>
        <w:t>Zahlungsweise / Forma de pago : ____________________________________________________</w:t>
      </w:r>
    </w:p>
    <w:p/>
    <w:p>
      <w:r>
        <w:rPr>
          <w:b/>
          <w:sz w:val="20"/>
        </w:rPr>
        <w:t>§ 1 – Vertragsgegenstand / Objeto del contrato</w:t>
      </w:r>
    </w:p>
    <w:p>
      <w:r>
        <w:rPr>
          <w:b w:val="0"/>
          <w:sz w:val="20"/>
        </w:rPr>
        <w:t>Der Vermieter vermietet und der Mieter mietet das oben beschriebene Mietobjekt. Der Vermieter versichert, dass er berechtigt ist, die Mietsache zu vermieten. / El arrendador arrienda y el arrendatario alquila el objeto descrito arriba. El arrendador garantiza que tiene derecho a arrendar la propiedad.</w:t>
      </w:r>
    </w:p>
    <w:p/>
    <w:p>
      <w:r>
        <w:rPr>
          <w:b/>
          <w:sz w:val="20"/>
        </w:rPr>
        <w:t>§ 2 – Mietdauer und Kündigung / Duración y terminación</w:t>
      </w:r>
    </w:p>
    <w:p>
      <w:r>
        <w:rPr>
          <w:b w:val="0"/>
          <w:sz w:val="20"/>
        </w:rPr>
        <w:t>Der Vertrag wird für die vereinbarte Dauer geschlossen. Beide Parteien können den Vertrag unter Einhaltung der Kündigungsfrist kündigen. / El contrato se celebra por la duración acordada. Ambas partes pueden rescindir el contrato respetando el plazo de preaviso.</w:t>
      </w:r>
    </w:p>
    <w:p/>
    <w:p>
      <w:r>
        <w:rPr>
          <w:b/>
          <w:sz w:val="20"/>
        </w:rPr>
        <w:t>§ 3 – Mietzins und Nebenkosten / Renta y gastos adicionales</w:t>
      </w:r>
    </w:p>
    <w:p>
      <w:r>
        <w:rPr>
          <w:b w:val="0"/>
          <w:sz w:val="20"/>
        </w:rPr>
        <w:t>Der Mieter verpflichtet sich, den Mietzins und die Nebenkosten pünktlich zu zahlen. Änderungen der Nebenkosten werden rechtzeitig mitgeteilt. / El arrendatario se compromete a pagar puntualmente la renta y los gastos adicionales. Los cambios en los gastos se comunicarán a tiempo.</w:t>
      </w:r>
    </w:p>
    <w:p/>
    <w:p>
      <w:r>
        <w:rPr>
          <w:b/>
          <w:sz w:val="20"/>
        </w:rPr>
        <w:t>§ 4 – Nutzung der Mietsache / Uso de la propiedad arrendada</w:t>
      </w:r>
    </w:p>
    <w:p>
      <w:r>
        <w:rPr>
          <w:b w:val="0"/>
          <w:sz w:val="20"/>
        </w:rPr>
        <w:t>Der Mieter nutzt die Mietsache schonend und entsprechend dem Vertragszweck. Veränderungen bedürfen der Zustimmung des Vermieters. / El arrendatario usa la propiedad con cuidado y conforme al propósito del contrato. Las modificaciones requieren consentimiento del arrendador.</w:t>
      </w:r>
    </w:p>
    <w:p/>
    <w:p>
      <w:r>
        <w:rPr>
          <w:b/>
          <w:sz w:val="20"/>
        </w:rPr>
        <w:t>§ 5 – Instandhaltung und Reparaturen / Mantenimiento y reparaciones</w:t>
      </w:r>
    </w:p>
    <w:p>
      <w:r>
        <w:rPr>
          <w:b w:val="0"/>
          <w:sz w:val="20"/>
        </w:rPr>
        <w:t>Der Vermieter trägt die Kosten für notwendige Reparaturen, außer bei Schäden durch den Mieter. Kleinreparaturen trägt der Mieter. / El arrendador asume el costo de reparaciones necesarias, salvo daños causados por el arrendatario. Las reparaciones menores corren a cargo del arrendatario.</w:t>
      </w:r>
    </w:p>
    <w:p/>
    <w:p>
      <w:r>
        <w:rPr>
          <w:b/>
          <w:sz w:val="20"/>
        </w:rPr>
        <w:t>§ 6 – Haftung / Responsabilidad</w:t>
      </w:r>
    </w:p>
    <w:p>
      <w:r>
        <w:rPr>
          <w:b w:val="0"/>
          <w:sz w:val="20"/>
        </w:rPr>
        <w:t>Der Vermieter haftet für Schäden, die nicht durch den Mieter verursacht wurden. Der Mieter haftet für Schäden, die er schuldhaft verursacht hat. / El arrendador es responsable de daños no causados por el arrendatario. El arrendatario es responsable de daños ocasionados por culpa propia.</w:t>
      </w:r>
    </w:p>
    <w:p/>
    <w:p>
      <w:r>
        <w:rPr>
          <w:b/>
          <w:sz w:val="20"/>
        </w:rPr>
        <w:t>§ 7 – Rückgabe der Mietsache / Devolución de la propiedad arrendada</w:t>
      </w:r>
    </w:p>
    <w:p>
      <w:r>
        <w:rPr>
          <w:b w:val="0"/>
          <w:sz w:val="20"/>
        </w:rPr>
        <w:t>Der Mieter gibt die Mietsache bei Vertragsende im vertragsgemäßen Zustand zurück. / El arrendatario devolverá la propiedad al final del contrato en el estado acordado.</w:t>
      </w:r>
    </w:p>
    <w:p/>
    <w:p>
      <w:r>
        <w:rPr>
          <w:b/>
          <w:sz w:val="20"/>
        </w:rPr>
        <w:t>§ 8 – Sonstige Vereinbarungen / Otras disposiciones</w:t>
      </w:r>
    </w:p>
    <w:p>
      <w:r>
        <w:rPr>
          <w:b w:val="0"/>
          <w:sz w:val="20"/>
        </w:rPr>
        <w:t>Weitere Vereinbarungen sind schriftlich im Anhang zu dokumentieren. / Otras disposiciones deben documentarse por escrito en el anexo.</w:t>
      </w:r>
    </w:p>
    <w:p/>
    <w:p>
      <w:r>
        <w:rPr>
          <w:b/>
          <w:sz w:val="20"/>
        </w:rPr>
        <w:t>§ 9 – Gerichtsstand und anwendbares Recht / Jurisdicción y ley aplicable</w:t>
      </w:r>
    </w:p>
    <w:p>
      <w:r>
        <w:rPr>
          <w:b w:val="0"/>
          <w:sz w:val="20"/>
        </w:rPr>
        <w:t>Erfüllungsort und Gerichtsstand ist der Sitz des Vermieters. Es gilt deutsches Recht. / Lugar de cumplimiento y jurisdicción es la sede del arrendador. Se aplica la ley alemana.</w:t>
      </w:r>
    </w:p>
    <w:p/>
    <w:p/>
    <w:p>
      <w:r>
        <w:rPr>
          <w:b w:val="0"/>
          <w:sz w:val="20"/>
        </w:rPr>
        <w:t>Ort : _________________________    Lugar : 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VERMIETER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MIETER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https://vorlagenfy.com/mietvertrag-zweisprachig-spanisch-deutsch/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mietvertrag-zweisprachig-spanisch-deutsch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