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VEREINSHEIM</w:t>
      </w:r>
    </w:p>
    <w:p/>
    <w:p>
      <w:r>
        <w:rPr>
          <w:b/>
          <w:sz w:val="20"/>
        </w:rPr>
        <w:t>Zwischen dem Vermieter und dem Mieter wird folgender Mietvertrag geschlossen: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Name / Verein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/ Firma : 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Mietobjekt :</w:t>
      </w:r>
    </w:p>
    <w:p>
      <w:r>
        <w:rPr>
          <w:b w:val="0"/>
          <w:sz w:val="20"/>
        </w:rPr>
        <w:t>Bezeichnung : Vereinsheim 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Raumgröße : _________________ m²</w:t>
      </w:r>
    </w:p>
    <w:p>
      <w:r>
        <w:rPr>
          <w:b w:val="0"/>
          <w:sz w:val="20"/>
        </w:rPr>
        <w:t>Ausstattung : _________________________________________________</w:t>
      </w:r>
    </w:p>
    <w:p/>
    <w:p>
      <w:r>
        <w:rPr>
          <w:b/>
          <w:sz w:val="20"/>
        </w:rPr>
        <w:t>Mietdauer :</w:t>
      </w:r>
    </w:p>
    <w:p>
      <w:r>
        <w:rPr>
          <w:b w:val="0"/>
          <w:sz w:val="20"/>
        </w:rPr>
        <w:t>Beginn der Mietzeit : ___________________________________________</w:t>
      </w:r>
    </w:p>
    <w:p>
      <w:r>
        <w:rPr>
          <w:b w:val="0"/>
          <w:sz w:val="20"/>
        </w:rPr>
        <w:t>Ende der Mietzeit : ____________________________________________</w:t>
      </w:r>
    </w:p>
    <w:p>
      <w:r>
        <w:rPr>
          <w:b w:val="0"/>
          <w:sz w:val="20"/>
        </w:rPr>
        <w:t>Die Mietzeit kann nach Ablauf schriftlich verlängert werden.</w:t>
      </w:r>
    </w:p>
    <w:p/>
    <w:p>
      <w:r>
        <w:rPr>
          <w:b/>
          <w:sz w:val="20"/>
        </w:rPr>
        <w:t>Mietzins und Zahlungsbedingungen :</w:t>
      </w:r>
    </w:p>
    <w:p>
      <w:r>
        <w:rPr>
          <w:b w:val="0"/>
          <w:sz w:val="20"/>
        </w:rPr>
        <w:t>Mietzins : _________________ EUR pro Monat/Veranstaltung</w:t>
      </w:r>
    </w:p>
    <w:p>
      <w:r>
        <w:rPr>
          <w:b w:val="0"/>
          <w:sz w:val="20"/>
        </w:rPr>
        <w:t>Zahlungsweise : ________________________________________________</w:t>
      </w:r>
    </w:p>
    <w:p/>
    <w:p>
      <w:r>
        <w:rPr>
          <w:b/>
          <w:sz w:val="20"/>
        </w:rPr>
        <w:t>Kaution :</w:t>
      </w:r>
    </w:p>
    <w:p>
      <w:r>
        <w:rPr>
          <w:b w:val="0"/>
          <w:sz w:val="20"/>
        </w:rPr>
        <w:t>Eine Kaution in Höhe von _________________ EUR ist vor Übergabe zu zahlen. Sie wird zurückerstattet, sofern keine Schäden oder Rückstände bestehen.</w:t>
      </w:r>
    </w:p>
    <w:p/>
    <w:p>
      <w:r>
        <w:rPr>
          <w:b/>
          <w:sz w:val="20"/>
        </w:rPr>
        <w:t>§ 1 – Mietzweck und Nutzung</w:t>
      </w:r>
    </w:p>
    <w:p>
      <w:r>
        <w:rPr>
          <w:b w:val="0"/>
          <w:sz w:val="20"/>
        </w:rPr>
        <w:t>Das Vereinsheim darf nur für Zwecke genutzt werden, die mit dem Vermieter abgesprochen sind. Jede Änderung der Nutzung bedarf der Zustimmung des Vermieters.</w:t>
      </w:r>
    </w:p>
    <w:p/>
    <w:p>
      <w:r>
        <w:rPr>
          <w:b/>
          <w:sz w:val="20"/>
        </w:rPr>
        <w:t>§ 2 – Zustand des Mietobjekts</w:t>
      </w:r>
    </w:p>
    <w:p>
      <w:r>
        <w:rPr>
          <w:b w:val="0"/>
          <w:sz w:val="20"/>
        </w:rPr>
        <w:t>Der Mieter übernimmt das Mietobjekt im bestehenden Zustand. Mängel und Schäden sind dem Vermieter unverzüglich mitzuteilen.</w:t>
      </w:r>
    </w:p>
    <w:p/>
    <w:p>
      <w:r>
        <w:rPr>
          <w:b/>
          <w:sz w:val="20"/>
        </w:rPr>
        <w:t>§ 3 – Instandhaltung und Schäden</w:t>
      </w:r>
    </w:p>
    <w:p>
      <w:r>
        <w:rPr>
          <w:b w:val="0"/>
          <w:sz w:val="20"/>
        </w:rPr>
        <w:t>Der Mieter verpflichtet sich, das Mietobjekt pfleglich zu behandeln. Schäden, die während der Mietzeit entstehen, sind vom Mieter zu ersetzen.</w:t>
      </w:r>
    </w:p>
    <w:p/>
    <w:p>
      <w:r>
        <w:rPr>
          <w:b/>
          <w:sz w:val="20"/>
        </w:rPr>
        <w:t>§ 4 – Untervermietung</w:t>
      </w:r>
    </w:p>
    <w:p>
      <w:r>
        <w:rPr>
          <w:b w:val="0"/>
          <w:sz w:val="20"/>
        </w:rPr>
        <w:t>Eine Untervermietung oder Überlassung an Dritte ist ohne schriftliche Zustimmung des Vermieters nicht erlaubt.</w:t>
      </w:r>
    </w:p>
    <w:p/>
    <w:p>
      <w:r>
        <w:rPr>
          <w:b/>
          <w:sz w:val="20"/>
        </w:rPr>
        <w:t>§ 5 – Haftung</w:t>
      </w:r>
    </w:p>
    <w:p>
      <w:r>
        <w:rPr>
          <w:b w:val="0"/>
          <w:sz w:val="20"/>
        </w:rPr>
        <w:t>Der Mieter haftet für alle durch ihn oder seine Gäste verursachten Schäden. Der Vermieter haftet nicht für persönliche Gegenstände des Mieters im Mietobjekt.</w:t>
      </w:r>
    </w:p>
    <w:p/>
    <w:p>
      <w:r>
        <w:rPr>
          <w:b/>
          <w:sz w:val="20"/>
        </w:rPr>
        <w:t>§ 6 – Kündigung</w:t>
      </w:r>
    </w:p>
    <w:p>
      <w:r>
        <w:rPr>
          <w:b w:val="0"/>
          <w:sz w:val="20"/>
        </w:rPr>
        <w:t>Der Mietvertrag kann von beiden Parteien mit einer Frist von ______ Tagen schriftlich gekündigt werden.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_______________________________________________</w:t>
      </w:r>
    </w:p>
    <w:p>
      <w:r>
        <w:rPr>
          <w:b w:val="0"/>
          <w:sz w:val="20"/>
        </w:rPr>
        <w:t>_______________________________________________</w:t>
      </w:r>
    </w:p>
    <w:p>
      <w:r>
        <w:rPr>
          <w:b w:val="0"/>
          <w:sz w:val="20"/>
        </w:rPr>
        <w:t>_______________________________________________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Sollten einzelne Bestimmungen dieses Vertrages unwirksam sein, bleibt der Vertrag im Übrigen wirksam. Änderungen und Ergänzungen bedürfen der Schriftform.</w:t>
      </w:r>
    </w:p>
    <w:p/>
    <w:p/>
    <w:p>
      <w:r>
        <w:rPr>
          <w:b w:val="0"/>
          <w:sz w:val="20"/>
        </w:rPr>
        <w:t>Ort : ___________________________________________________    Datum 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https://vorlagenfy.com/mietvertrag-vereinsheim-muster/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etvertrag-vereinsheim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