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MIETVERTRAG – SCHLÜSSELÜBERGABE</w:t>
      </w:r>
    </w:p>
    <w:p/>
    <w:p>
      <w:r>
        <w:rPr>
          <w:b w:val="0"/>
          <w:sz w:val="20"/>
        </w:rPr>
        <w:t>Ort : ____________________________    Datum : ____________________________</w:t>
      </w:r>
    </w:p>
    <w:p/>
    <w:p>
      <w:r>
        <w:rPr>
          <w:b/>
          <w:sz w:val="20"/>
        </w:rPr>
        <w:t>Angaben des Vermieters: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Anschrift : 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Angaben des Mieters: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Anschrift : 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Beschreibung des Mietobjekts:</w:t>
      </w:r>
    </w:p>
    <w:p>
      <w:r>
        <w:rPr>
          <w:b w:val="0"/>
          <w:sz w:val="20"/>
        </w:rPr>
        <w:t>Adresse der Mietwohnung : _______________________________________________</w:t>
      </w:r>
    </w:p>
    <w:p>
      <w:r>
        <w:rPr>
          <w:b w:val="0"/>
          <w:sz w:val="20"/>
        </w:rPr>
        <w:t>Wohnungsnummer : ______________________________________________________</w:t>
      </w:r>
    </w:p>
    <w:p>
      <w:r>
        <w:rPr>
          <w:b w:val="0"/>
          <w:sz w:val="20"/>
        </w:rPr>
        <w:t>Anzahl der übergebenen Schlüssel : ___________________</w:t>
      </w:r>
    </w:p>
    <w:p>
      <w:r>
        <w:rPr>
          <w:b w:val="0"/>
          <w:sz w:val="20"/>
        </w:rPr>
        <w:t>Zustand der Schlüssel : _________________________________________________</w:t>
      </w:r>
    </w:p>
    <w:p/>
    <w:p>
      <w:r>
        <w:rPr>
          <w:b/>
          <w:sz w:val="20"/>
        </w:rPr>
        <w:t>§ 1 – Schlüsselübergabe</w:t>
      </w:r>
    </w:p>
    <w:p>
      <w:r>
        <w:rPr>
          <w:b w:val="0"/>
          <w:sz w:val="20"/>
        </w:rPr>
        <w:t>Der Vermieter übergibt dem Mieter die oben genannten Schlüssel zum Mietobjekt. Der Mieter bestätigt den Erhalt der Schlüssel und verpflichtet sich, diese sorgfältig zu verwahren.</w:t>
      </w:r>
    </w:p>
    <w:p/>
    <w:p>
      <w:r>
        <w:rPr>
          <w:b/>
          <w:sz w:val="20"/>
        </w:rPr>
        <w:t>§ 2 – Nutzung der Schlüssel</w:t>
      </w:r>
    </w:p>
    <w:p>
      <w:r>
        <w:rPr>
          <w:b w:val="0"/>
          <w:sz w:val="20"/>
        </w:rPr>
        <w:t>Der Mieter darf die Schlüssel ausschließlich zur Nutzung des Mietobjekts verwenden und nicht an Dritte weitergeben oder vervielfältigen.</w:t>
      </w:r>
    </w:p>
    <w:p/>
    <w:p>
      <w:r>
        <w:rPr>
          <w:b/>
          <w:sz w:val="20"/>
        </w:rPr>
        <w:t>§ 3 – Verlust oder Beschädigung</w:t>
      </w:r>
    </w:p>
    <w:p>
      <w:r>
        <w:rPr>
          <w:b w:val="0"/>
          <w:sz w:val="20"/>
        </w:rPr>
        <w:t>Im Falle eines Schlüsselverlusts oder einer Beschädigung hat der Mieter den Vermieter unverzüglich zu informieren und trägt die Kosten für Ersatz oder Nachmachen der Schlüssel.</w:t>
      </w:r>
    </w:p>
    <w:p/>
    <w:p>
      <w:r>
        <w:rPr>
          <w:b/>
          <w:sz w:val="20"/>
        </w:rPr>
        <w:t>§ 4 – Rückgabe der Schlüssel</w:t>
      </w:r>
    </w:p>
    <w:p>
      <w:r>
        <w:rPr>
          <w:b w:val="0"/>
          <w:sz w:val="20"/>
        </w:rPr>
        <w:t>Bei Beendigung des Mietverhältnisses ist der Mieter verpflichtet, alle übergebenen Schlüssel unverzüglich an den Vermieter zurückzugeben. Andernfalls kann der Vermieter Ersatz verlangen.</w:t>
      </w:r>
    </w:p>
    <w:p/>
    <w:p>
      <w:r>
        <w:rPr>
          <w:b/>
          <w:sz w:val="20"/>
        </w:rPr>
        <w:t>§ 5 – Sonstige Vereinbarungen</w:t>
      </w:r>
    </w:p>
    <w:p>
      <w:r>
        <w:rPr>
          <w:b w:val="0"/>
          <w:sz w:val="20"/>
        </w:rPr>
        <w:t>Weitere Vereinbarungen bezüglich der Schlüsselübergabe werden in separaten Schriftstücken festgehalten.</w:t>
      </w:r>
    </w:p>
    <w:p/>
    <w:p>
      <w:r>
        <w:rPr>
          <w:b/>
          <w:sz w:val="20"/>
        </w:rPr>
        <w:t>§ 6 – Salvatorische Klausel</w:t>
      </w:r>
    </w:p>
    <w:p>
      <w:r>
        <w:rPr>
          <w:b w:val="0"/>
          <w:sz w:val="20"/>
        </w:rPr>
        <w:t>Sollten einzelne Bestimmungen dieses Vertrags unwirksam sein, so bleibt der Vertrag im Übrigen wirksam. Die Parteien verpflichten sich, eine wirksame Regelung zu treffen, die dem wirtschaftlichen Zweck am nächsten kommt.</w:t>
      </w:r>
    </w:p>
    <w:p/>
    <w:p/>
    <w:p>
      <w:r>
        <w:rPr>
          <w:b w:val="0"/>
          <w:sz w:val="20"/>
        </w:rPr>
        <w:t>Ort, Datum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VERMIETER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MIETER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https://vorlagenfy.com/mietvertrag-schlussel-klausel-muster/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mietvertrag-schlussel-klausel-muster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