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ZUR RÜCKZAHLUNG DER MIETKAUTION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Vor- und Nachname bzw. Firma : 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Rückzahlung der Mietkaution für die Wohnung ___________________________________________________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fordere ich Sie nach Beendigung des Mietverhältnisses und der Wohnungsübergabe auf, mir die geleistete Mietkaution in Höhe von __________________ EUR zurückzuzahlen.</w:t>
      </w:r>
    </w:p>
    <w:p/>
    <w:p>
      <w:r>
        <w:rPr>
          <w:b w:val="0"/>
          <w:sz w:val="20"/>
        </w:rPr>
        <w:t>Gemäß § 551 BGB ist die Mietkaution nach Beendigung des Mietverhältnisses und nach Prüfung der Wohnung zurückzuzahlen, sofern keine berechtigten Ansprüche Ihrerseits bestehen.</w:t>
      </w:r>
    </w:p>
    <w:p/>
    <w:p>
      <w:r>
        <w:rPr>
          <w:b w:val="0"/>
          <w:sz w:val="20"/>
        </w:rPr>
        <w:t>Ich bitte Sie daher, den genannten Betrag spätestens innerhalb von 14 Tagen auf das folgende Konto zu überweisen:</w:t>
      </w:r>
    </w:p>
    <w:p/>
    <w:p>
      <w:r>
        <w:rPr>
          <w:b w:val="0"/>
          <w:sz w:val="20"/>
        </w:rPr>
        <w:t>Kontoinhaber : ___________________________________________________</w:t>
      </w:r>
    </w:p>
    <w:p>
      <w:r>
        <w:rPr>
          <w:b w:val="0"/>
          <w:sz w:val="20"/>
        </w:rPr>
        <w:t>IBAN : ____________________________________________________________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_____________________________________________________________</w:t>
      </w:r>
    </w:p>
    <w:p/>
    <w:p>
      <w:r>
        <w:rPr>
          <w:b w:val="0"/>
          <w:sz w:val="20"/>
        </w:rPr>
        <w:t>Sollten Sie Ansprüche gegen mich geltend machen wollen, bitte ich um eine detaillierte Aufstellung und Begründung.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 Mieter</w:t>
      </w:r>
    </w:p>
    <w:p/>
    <w:p/>
    <w:p>
      <w:r>
        <w:rPr>
          <w:b w:val="0"/>
          <w:sz w:val="20"/>
        </w:rPr>
        <w:t>Ort : _______________________      Datum : 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https://vorlagenfy.com/mietkaution-ruckzahlung-musterbrief-mieter/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ietkaution-ruckzahlung-musterbrief-mie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