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MIETBESCHEINIGUNG UNTERMIETER</w:t>
      </w:r>
    </w:p>
    <w:p/>
    <w:p>
      <w:r>
        <w:rPr>
          <w:b/>
          <w:sz w:val="20"/>
        </w:rPr>
        <w:t>Angaben des Vermieters: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</w:t>
      </w:r>
    </w:p>
    <w:p/>
    <w:p>
      <w:r>
        <w:rPr>
          <w:b/>
          <w:sz w:val="20"/>
        </w:rPr>
        <w:t>Angaben des Hauptmieters: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Anschrift der Mietwohnung: _________________________________________</w:t>
      </w:r>
    </w:p>
    <w:p>
      <w:r>
        <w:rPr>
          <w:b w:val="0"/>
          <w:sz w:val="20"/>
        </w:rPr>
        <w:t>Telefonnummer: _____________________________________________________</w:t>
      </w:r>
    </w:p>
    <w:p/>
    <w:p>
      <w:r>
        <w:rPr>
          <w:b/>
          <w:sz w:val="20"/>
        </w:rPr>
        <w:t>Angaben des Untermieters: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Anschrift der Untermietwohnung (sofern abweichend): _________________</w:t>
      </w:r>
    </w:p>
    <w:p>
      <w:r>
        <w:rPr>
          <w:b w:val="0"/>
          <w:sz w:val="20"/>
        </w:rPr>
        <w:t>Telefonnummer: _____________________________________________________</w:t>
      </w:r>
    </w:p>
    <w:p/>
    <w:p>
      <w:r>
        <w:rPr>
          <w:b/>
          <w:sz w:val="20"/>
        </w:rPr>
        <w:t>Mietobjekt:</w:t>
      </w:r>
    </w:p>
    <w:p>
      <w:r>
        <w:rPr>
          <w:b w:val="0"/>
          <w:sz w:val="20"/>
        </w:rPr>
        <w:t>Art der Wohnung / Zimmer: __________________________________________</w:t>
      </w:r>
    </w:p>
    <w:p>
      <w:r>
        <w:rPr>
          <w:b w:val="0"/>
          <w:sz w:val="20"/>
        </w:rPr>
        <w:t>Adresse: ___________________________________________________________</w:t>
      </w:r>
    </w:p>
    <w:p>
      <w:r>
        <w:rPr>
          <w:b w:val="0"/>
          <w:sz w:val="20"/>
        </w:rPr>
        <w:t>Größe der vermieteten Räume: _______________________________________</w:t>
      </w:r>
    </w:p>
    <w:p>
      <w:r>
        <w:rPr>
          <w:b w:val="0"/>
          <w:sz w:val="20"/>
        </w:rPr>
        <w:t>Anzahl der Zimmer: _________________________________________________</w:t>
      </w:r>
    </w:p>
    <w:p/>
    <w:p>
      <w:r>
        <w:rPr>
          <w:b/>
          <w:sz w:val="20"/>
        </w:rPr>
        <w:t>Mietverhältnis:</w:t>
      </w:r>
    </w:p>
    <w:p>
      <w:r>
        <w:rPr>
          <w:b w:val="0"/>
          <w:sz w:val="20"/>
        </w:rPr>
        <w:t>Der Untermieter mietet die oben beschriebenen Räume vom Hauptmieter.</w:t>
      </w:r>
    </w:p>
    <w:p>
      <w:r>
        <w:rPr>
          <w:b w:val="0"/>
          <w:sz w:val="20"/>
        </w:rPr>
        <w:t>Das Mietverhältnis beginnt am: ____________________________</w:t>
      </w:r>
    </w:p>
    <w:p>
      <w:r>
        <w:rPr>
          <w:b w:val="0"/>
          <w:sz w:val="20"/>
        </w:rPr>
        <w:t>Die Kündigungsfrist beträgt: _______________________________________</w:t>
      </w:r>
    </w:p>
    <w:p/>
    <w:p>
      <w:r>
        <w:rPr>
          <w:b/>
          <w:sz w:val="20"/>
        </w:rPr>
        <w:t>Mietzins und Nebenkosten:</w:t>
      </w:r>
    </w:p>
    <w:p>
      <w:r>
        <w:rPr>
          <w:b w:val="0"/>
          <w:sz w:val="20"/>
        </w:rPr>
        <w:t>Monatliche Miete (ohne Nebenkosten): _________________ EUR</w:t>
      </w:r>
    </w:p>
    <w:p>
      <w:r>
        <w:rPr>
          <w:b w:val="0"/>
          <w:sz w:val="20"/>
        </w:rPr>
        <w:t>Nebenkosten (z.B. Strom, Wasser, Heizung): ______________ EUR</w:t>
      </w:r>
    </w:p>
    <w:p>
      <w:r>
        <w:rPr>
          <w:b w:val="0"/>
          <w:sz w:val="20"/>
        </w:rPr>
        <w:t>Gesamtmiete monatlich: _____________________________ EUR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Hiermit bestätigt der Vermieter, dass der Untermieter berechtigt ist,</w:t>
      </w:r>
    </w:p>
    <w:p>
      <w:r>
        <w:rPr>
          <w:b/>
          <w:sz w:val="20"/>
        </w:rPr>
        <w:t>die oben beschriebenen Räume zum genannten Mietzins zu bewohnen.</w:t>
      </w:r>
    </w:p>
    <w:p/>
    <w:p/>
    <w:p>
      <w:r>
        <w:rPr>
          <w:b w:val="0"/>
          <w:sz w:val="20"/>
        </w:rPr>
        <w:t>Ort: ______________________________________</w:t>
      </w:r>
    </w:p>
    <w:p>
      <w:r>
        <w:rPr>
          <w:b w:val="0"/>
          <w:sz w:val="20"/>
        </w:rPr>
        <w:t>Datum: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https://vorlagenfy.com/mietbescheinigung-untermieter-vorlage/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ietbescheinigung-untermieter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