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DIE KÜNDIGUNG UND AUSZAHLUNG DER METALLRENTE</w:t>
      </w:r>
    </w:p>
    <w:p/>
    <w:p>
      <w:r>
        <w:rPr>
          <w:b/>
          <w:sz w:val="20"/>
        </w:rPr>
        <w:t>An die zuständige Stelle / Versicherung :</w:t>
      </w:r>
    </w:p>
    <w:p>
      <w:r>
        <w:rPr>
          <w:b w:val="0"/>
          <w:sz w:val="20"/>
        </w:rPr>
        <w:t>_______________________________________________</w:t>
      </w:r>
    </w:p>
    <w:p/>
    <w:p>
      <w:r>
        <w:rPr>
          <w:b/>
          <w:sz w:val="20"/>
        </w:rPr>
        <w:t>Betreff : Kündigung und Auszahlung der Metallrente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Metallrente fristgerecht und bitte um Auszahlung des angesammelten Kapitals.</w:t>
      </w:r>
    </w:p>
    <w:p/>
    <w:p>
      <w:r>
        <w:rPr>
          <w:b/>
          <w:sz w:val="20"/>
        </w:rPr>
        <w:t>Persönliche Angaben :</w:t>
      </w:r>
    </w:p>
    <w:p>
      <w:r>
        <w:rPr>
          <w:b w:val="0"/>
          <w:sz w:val="20"/>
        </w:rPr>
        <w:t>Name, Vorname : _________________________________________</w:t>
      </w:r>
    </w:p>
    <w:p>
      <w:r>
        <w:rPr>
          <w:b w:val="0"/>
          <w:sz w:val="20"/>
        </w:rPr>
        <w:t>Geburtsdatum : _________________________________________</w:t>
      </w:r>
    </w:p>
    <w:p>
      <w:r>
        <w:rPr>
          <w:b w:val="0"/>
          <w:sz w:val="20"/>
        </w:rPr>
        <w:t>Versicherungsnummer : __________________________________</w:t>
      </w:r>
    </w:p>
    <w:p>
      <w:r>
        <w:rPr>
          <w:b w:val="0"/>
          <w:sz w:val="20"/>
        </w:rPr>
        <w:t>Anschrift : _____________________________________________</w:t>
      </w:r>
    </w:p>
    <w:p>
      <w:r>
        <w:rPr>
          <w:b w:val="0"/>
          <w:sz w:val="20"/>
        </w:rPr>
        <w:t>Telefonnummer : _________________________________________</w:t>
      </w:r>
    </w:p>
    <w:p/>
    <w:p>
      <w:r>
        <w:rPr>
          <w:b/>
          <w:sz w:val="20"/>
        </w:rPr>
        <w:t>Grund der Kündigung (optional) :</w:t>
      </w:r>
    </w:p>
    <w:p>
      <w:r>
        <w:rPr>
          <w:b w:val="0"/>
          <w:sz w:val="20"/>
        </w:rPr>
        <w:t>________________________________________________________</w:t>
      </w:r>
    </w:p>
    <w:p/>
    <w:p>
      <w:r>
        <w:rPr>
          <w:b/>
          <w:sz w:val="20"/>
        </w:rPr>
        <w:t>Bitte überweisen Sie den Auszahlungsbetrag auf folgendes Konto :</w:t>
      </w:r>
    </w:p>
    <w:p>
      <w:r>
        <w:rPr>
          <w:b w:val="0"/>
          <w:sz w:val="20"/>
        </w:rPr>
        <w:t>Kontoinhaber : _________________________________________</w:t>
      </w:r>
    </w:p>
    <w:p>
      <w:r>
        <w:rPr>
          <w:b w:val="0"/>
          <w:sz w:val="20"/>
        </w:rPr>
        <w:t>IBAN : _________________________________________________</w:t>
      </w:r>
    </w:p>
    <w:p>
      <w:r>
        <w:rPr>
          <w:b w:val="0"/>
          <w:sz w:val="20"/>
        </w:rPr>
        <w:t>BIC : ___________________________________________________</w:t>
      </w:r>
    </w:p>
    <w:p/>
    <w:p>
      <w:r>
        <w:rPr>
          <w:b w:val="0"/>
          <w:sz w:val="20"/>
        </w:rPr>
        <w:t>Mit der Kündigung verzichte ich auf weitere Ansprüche aus dem Vertrag nach erfolgter Auszahlung.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___________________________________    Datum : ____________________________</w:t>
      </w:r>
    </w:p>
    <w:p/>
    <w:p/>
    <w:p/>
    <w:p>
      <w:r>
        <w:rPr>
          <w:b w:val="0"/>
          <w:sz w:val="20"/>
        </w:rPr>
        <w:t>Unterschrift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Kündigender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Empfangsbestätigung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https://vorlagenfy.com/metallrente-kundigen-und-auszahlen-muster/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etallrente-kundigen-und-auszahl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