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MEISTERBRIEF VORLAGE</w:t>
      </w:r>
    </w:p>
    <w:p/>
    <w:p>
      <w:r>
        <w:rPr>
          <w:b/>
          <w:sz w:val="20"/>
        </w:rPr>
        <w:t>Handwerkskammer – Nachweis der Meisterprüfung</w:t>
      </w:r>
    </w:p>
    <w:p/>
    <w:p>
      <w:r>
        <w:rPr>
          <w:b/>
          <w:sz w:val="20"/>
        </w:rPr>
        <w:t>Angaben zum Meister :</w:t>
      </w:r>
    </w:p>
    <w:p>
      <w:r>
        <w:rPr>
          <w:b w:val="0"/>
          <w:sz w:val="20"/>
        </w:rPr>
        <w:t>Vor- und Nachname : ___________________________________________________</w:t>
      </w:r>
    </w:p>
    <w:p>
      <w:r>
        <w:rPr>
          <w:b w:val="0"/>
          <w:sz w:val="20"/>
        </w:rPr>
        <w:t>Geburtsdatum : _______________________________________________________</w:t>
      </w:r>
    </w:p>
    <w:p>
      <w:r>
        <w:rPr>
          <w:b w:val="0"/>
          <w:sz w:val="20"/>
        </w:rPr>
        <w:t>Adresse : ____________________________________________________________</w:t>
      </w:r>
    </w:p>
    <w:p>
      <w:r>
        <w:rPr>
          <w:b w:val="0"/>
          <w:sz w:val="20"/>
        </w:rPr>
        <w:t>Telefonnummer : ______________________________________________________</w:t>
      </w:r>
    </w:p>
    <w:p/>
    <w:p>
      <w:r>
        <w:rPr>
          <w:b/>
          <w:sz w:val="20"/>
        </w:rPr>
        <w:t>Angaben zur Meisterprüfung :</w:t>
      </w:r>
    </w:p>
    <w:p>
      <w:r>
        <w:rPr>
          <w:b w:val="0"/>
          <w:sz w:val="20"/>
        </w:rPr>
        <w:t>Handwerk : ___________________________________________________________</w:t>
      </w:r>
    </w:p>
    <w:p>
      <w:r>
        <w:rPr>
          <w:b w:val="0"/>
          <w:sz w:val="20"/>
        </w:rPr>
        <w:t>Datum der bestandenen Prüfung : _______________________________________</w:t>
      </w:r>
    </w:p>
    <w:p>
      <w:r>
        <w:rPr>
          <w:b w:val="0"/>
          <w:sz w:val="20"/>
        </w:rPr>
        <w:t>Prüfungsnummer : ______________________________________________________</w:t>
      </w:r>
    </w:p>
    <w:p>
      <w:r>
        <w:rPr>
          <w:b w:val="0"/>
          <w:sz w:val="20"/>
        </w:rPr>
        <w:t>Ausstellende Handwerkskammer : _______________________________________</w:t>
      </w:r>
    </w:p>
    <w:p/>
    <w:p>
      <w:r>
        <w:rPr>
          <w:b/>
          <w:sz w:val="20"/>
        </w:rPr>
        <w:t>Bescheinigung :</w:t>
      </w:r>
    </w:p>
    <w:p>
      <w:r>
        <w:rPr>
          <w:b w:val="0"/>
          <w:sz w:val="20"/>
        </w:rPr>
        <w:t>Hiermit wird bestätigt, dass die oben genannte Person die Meisterprüfung im angegebenen Handwerk erfolgreich abgelegt hat und berechtigt ist, den Titel 'Meister' zu führen. Die Meisterprüfung wurde nach den geltenden deutschen Rechtsvorschriften ordnungsgemäß abgelegt.</w:t>
      </w:r>
    </w:p>
    <w:p/>
    <w:p>
      <w:r>
        <w:rPr>
          <w:b/>
          <w:sz w:val="20"/>
        </w:rPr>
        <w:t>Rechte und Pflichten des Meisters :</w:t>
      </w:r>
    </w:p>
    <w:p>
      <w:r>
        <w:rPr>
          <w:b w:val="0"/>
          <w:sz w:val="20"/>
        </w:rPr>
        <w:t>Der Meister ist berechtigt, ein eigenes Handwerksunternehmen zu führen, Lehrlinge auszubilden und die Bezeichnung 'Meister' in der jeweiligen Handwerksbranche zu führen. Er verpflichtet sich, die Berufspflichten und gesetzlichen Bestimmungen einzuhalten.</w:t>
      </w:r>
    </w:p>
    <w:p/>
    <w:p>
      <w:r>
        <w:rPr>
          <w:b/>
          <w:sz w:val="20"/>
        </w:rPr>
        <w:t>Unterschrift und Stempel der Handwerkskammer :</w:t>
      </w:r>
    </w:p>
    <w:p>
      <w:r>
        <w:rPr>
          <w:b w:val="0"/>
          <w:sz w:val="20"/>
        </w:rPr>
        <w:br/>
        <w:br/>
        <w:br/>
        <w:t>______________________________</w:t>
      </w:r>
    </w:p>
    <w:p>
      <w:r>
        <w:rPr>
          <w:b w:val="0"/>
          <w:sz w:val="20"/>
        </w:rPr>
        <w:t>Datum der Ausstellung : _____________________</w:t>
      </w:r>
    </w:p>
    <w:p/>
    <w:p/>
    <w:p>
      <w:r>
        <w:rPr>
          <w:b/>
          <w:sz w:val="20"/>
        </w:rPr>
        <w:t>Unterschrift des Meisters :</w:t>
      </w:r>
    </w:p>
    <w:p>
      <w:r>
        <w:rPr>
          <w:b w:val="0"/>
          <w:sz w:val="20"/>
        </w:rPr>
        <w:br/>
        <w:br/>
        <w:br/>
        <w:t>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Handwerkskammer</w:t>
            </w:r>
          </w:p>
        </w:tc>
        <w:tc>
          <w:tcPr>
            <w:tcW w:type="dxa" w:w="4986"/>
            <w:tcBorders>
              <w:top w:val="nil"/>
              <w:left w:val="nil"/>
              <w:bottom w:val="nil"/>
              <w:right w:val="nil"/>
              <w:insideH w:val="nil"/>
              <w:insideV w:val="nil"/>
            </w:tcBorders>
          </w:tcPr>
          <w:p>
            <w:pPr>
              <w:jc w:val="center"/>
            </w:pPr>
            <w:r>
              <w:t>Meister</w:t>
            </w:r>
          </w:p>
        </w:tc>
      </w:tr>
      <w:tr>
        <w:tc>
          <w:tcPr>
            <w:tcW w:type="dxa" w:w="4986"/>
            <w:tcBorders>
              <w:top w:val="nil"/>
              <w:left w:val="nil"/>
              <w:bottom w:val="nil"/>
              <w:right w:val="nil"/>
              <w:insideH w:val="nil"/>
              <w:insideV w:val="nil"/>
            </w:tcBorders>
          </w:tcPr>
          <w:p>
            <w:pPr>
              <w:jc w:val="center"/>
            </w:pPr>
            <w:r>
              <w:br/>
              <w:t>Unterschrift : _________________________</w:t>
            </w:r>
          </w:p>
        </w:tc>
        <w:tc>
          <w:tcPr>
            <w:tcW w:type="dxa" w:w="4986"/>
            <w:tcBorders>
              <w:top w:val="nil"/>
              <w:left w:val="nil"/>
              <w:bottom w:val="nil"/>
              <w:right w:val="nil"/>
              <w:insideH w:val="nil"/>
              <w:insideV w:val="nil"/>
            </w:tcBorders>
          </w:tcPr>
          <w:p>
            <w:pPr>
              <w:jc w:val="center"/>
            </w:pPr>
            <w: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https://vorlagenfy.com/meisterbrief-vorlage/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meisterbrief-vorlage/"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