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KURZE FIRMENVORSTELLUNG</w:t>
      </w:r>
    </w:p>
    <w:p/>
    <w:p>
      <w:r>
        <w:rPr>
          <w:b/>
          <w:sz w:val="20"/>
        </w:rPr>
        <w:t>Firmenname und Rechtsform :</w:t>
      </w:r>
    </w:p>
    <w:p>
      <w:r>
        <w:rPr>
          <w:b w:val="0"/>
          <w:sz w:val="20"/>
        </w:rPr>
        <w:t>Name der Firma : ___________________________________________________</w:t>
      </w:r>
    </w:p>
    <w:p>
      <w:r>
        <w:rPr>
          <w:b w:val="0"/>
          <w:sz w:val="20"/>
        </w:rPr>
        <w:t>Rechtsform : _______________________________________________________</w:t>
      </w:r>
    </w:p>
    <w:p/>
    <w:p>
      <w:r>
        <w:rPr>
          <w:b/>
          <w:sz w:val="20"/>
        </w:rPr>
        <w:t>Firmensitz :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>
      <w:r>
        <w:rPr>
          <w:b w:val="0"/>
          <w:sz w:val="20"/>
        </w:rPr>
        <w:t>E-Mail-Adresse : ___________________________________________________</w:t>
      </w:r>
    </w:p>
    <w:p/>
    <w:p>
      <w:r>
        <w:rPr>
          <w:b/>
          <w:sz w:val="20"/>
        </w:rPr>
        <w:t>Geschäftsführung / Inhaber :</w:t>
      </w:r>
    </w:p>
    <w:p>
      <w:r>
        <w:rPr>
          <w:b w:val="0"/>
          <w:sz w:val="20"/>
        </w:rPr>
        <w:t>Name(n) : _________________________________________________________</w:t>
      </w:r>
    </w:p>
    <w:p>
      <w:r>
        <w:rPr>
          <w:b w:val="0"/>
          <w:sz w:val="20"/>
        </w:rPr>
        <w:t>Position : __________________________________________________________</w:t>
      </w:r>
    </w:p>
    <w:p/>
    <w:p>
      <w:r>
        <w:rPr>
          <w:b/>
          <w:sz w:val="20"/>
        </w:rPr>
        <w:t>Tätigkeitsbeschreibung :</w:t>
      </w:r>
    </w:p>
    <w:p>
      <w:r>
        <w:rPr>
          <w:b w:val="0"/>
          <w:sz w:val="20"/>
        </w:rPr>
        <w:t>Beschreibung der Haupttätigkeiten und Geschäftsbereiche der Firma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Unternehmensziel :</w:t>
      </w:r>
    </w:p>
    <w:p>
      <w:r>
        <w:rPr>
          <w:b w:val="0"/>
          <w:sz w:val="20"/>
        </w:rPr>
        <w:t>Kurze Beschreibung der Zielsetzung und Vision des Unternehmens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Kunden und Märkte :</w:t>
      </w:r>
    </w:p>
    <w:p>
      <w:r>
        <w:rPr>
          <w:b w:val="0"/>
          <w:sz w:val="20"/>
        </w:rPr>
        <w:t>Beschreibung der Zielgruppen und bedienten Märkte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/>
    <w:p>
      <w:r>
        <w:rPr>
          <w:b w:val="0"/>
          <w:sz w:val="20"/>
        </w:rPr>
        <w:t>Ort : 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Erstellt von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Genehmigt von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https://vorlagenfy.com/kurze-firmenvorstellung-muster/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urze-firmenvorstellung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