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KÜNDIGUNGSBESTÄTIGUNG</w:t>
      </w:r>
    </w:p>
    <w:p/>
    <w:p>
      <w:r>
        <w:rPr>
          <w:b/>
          <w:sz w:val="20"/>
        </w:rPr>
        <w:t>Betreff: Bestätigung Ihrer Kündigung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bestätigen wir den Eingang Ihrer Kündigung. Wir bedauern, dass Sie unser Vertragsverhältnis beenden möchten.</w:t>
      </w:r>
    </w:p>
    <w:p/>
    <w:p>
      <w:r>
        <w:rPr>
          <w:b w:val="0"/>
          <w:sz w:val="20"/>
        </w:rPr>
        <w:t>Ihre Kündigung wird gemäß den vertraglichen und gesetzlichen Bestimmungen zum nächstmöglichen Zeitpunkt wirksam.</w:t>
      </w:r>
    </w:p>
    <w:p/>
    <w:p>
      <w:r>
        <w:rPr>
          <w:b w:val="0"/>
          <w:sz w:val="20"/>
        </w:rPr>
        <w:t>Bitte beachten Sie, dass alle ausstehenden Zahlungen bis zum Beendigungszeitpunkt zu begleichen sind.</w:t>
      </w:r>
    </w:p>
    <w:p/>
    <w:p>
      <w:r>
        <w:rPr>
          <w:b w:val="0"/>
          <w:sz w:val="20"/>
        </w:rPr>
        <w:t>Für Rückfragen stehen wir Ihnen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Unternehmen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Kunde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https://vorlagenfy.com/kundigungsbestatigung-wir-bedauern/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undigungsbestatigung-wir-bedauern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