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PFLEGEHEIMVERTRAGS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Bezeichnung des Pflegeheims : 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Hiermit kündige ich den bestehenden Pflegeheimvertrag fristgerecht und ordentlich.</w:t>
      </w:r>
    </w:p>
    <w:p>
      <w:r>
        <w:rPr>
          <w:b w:val="0"/>
          <w:sz w:val="20"/>
        </w:rPr>
        <w:t>Bitte bestätigen Sie mir den Erhalt dieser Kündigung sowie das Datum der Beendigung des Vertrags schriftlich.</w:t>
      </w:r>
    </w:p>
    <w:p/>
    <w:p>
      <w:r>
        <w:rPr>
          <w:b/>
          <w:sz w:val="20"/>
        </w:rPr>
        <w:t>Vertragsdaten :</w:t>
      </w:r>
    </w:p>
    <w:p>
      <w:r>
        <w:rPr>
          <w:b w:val="0"/>
          <w:sz w:val="20"/>
        </w:rPr>
        <w:t>Vertragsnummer / Kennzeichen : ______________________________________</w:t>
      </w:r>
    </w:p>
    <w:p>
      <w:r>
        <w:rPr>
          <w:b w:val="0"/>
          <w:sz w:val="20"/>
        </w:rPr>
        <w:t>Name des Pflegebedürftigen : ________________________________________</w:t>
      </w:r>
    </w:p>
    <w:p>
      <w:r>
        <w:rPr>
          <w:b w:val="0"/>
          <w:sz w:val="20"/>
        </w:rPr>
        <w:t>Geburtsdatum des Pflegebedürftigen : _________________________________</w:t>
      </w:r>
    </w:p>
    <w:p/>
    <w:p>
      <w:r>
        <w:rPr>
          <w:b/>
          <w:sz w:val="20"/>
        </w:rPr>
        <w:t>Kündigungsgrund (optional)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Die Kündigung erfolgt unter Einhaltung der vertraglich vereinbarten Kündigungsfrist.</w:t>
      </w:r>
    </w:p>
    <w:p>
      <w:r>
        <w:rPr>
          <w:b w:val="0"/>
          <w:sz w:val="20"/>
        </w:rPr>
        <w:t>Sollten noch offene Forderungen bestehen, bitte ich um Mitteilung.</w:t>
      </w:r>
    </w:p>
    <w:p/>
    <w:p>
      <w:r>
        <w:rPr>
          <w:b w:val="0"/>
          <w:sz w:val="20"/>
        </w:rPr>
        <w:t>Ich bitte um Rückgabe aller persönlichen Unterlagen und Schlüssel bis zum Vertragsende.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https://vorlagenfy.com/kundigung-wegen-pflegeheim-muster/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wegen-pflegeheim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