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KÜNDIGUNG DES ARBEITSVERHÄLTNISSES WEGEN FÜHRERSCHEINENTZUG</w:t>
      </w:r>
    </w:p>
    <w:p/>
    <w:p>
      <w:r>
        <w:rPr>
          <w:b w:val="0"/>
          <w:sz w:val="20"/>
        </w:rPr>
        <w:t xml:space="preserve">Ort : ____________________________    </w:t>
      </w:r>
    </w:p>
    <w:p/>
    <w:p>
      <w:r>
        <w:rPr>
          <w:b/>
          <w:sz w:val="20"/>
        </w:rPr>
        <w:t>Arbeitgeber :</w:t>
      </w:r>
    </w:p>
    <w:p>
      <w:r>
        <w:rPr>
          <w:b w:val="0"/>
          <w:sz w:val="20"/>
        </w:rPr>
        <w:t>Firmenname : ___________________________________________________</w:t>
      </w:r>
    </w:p>
    <w:p>
      <w:r>
        <w:rPr>
          <w:b w:val="0"/>
          <w:sz w:val="20"/>
        </w:rPr>
        <w:t>Anschrift : _____________________________________________________</w:t>
      </w:r>
    </w:p>
    <w:p>
      <w:r>
        <w:rPr>
          <w:b w:val="0"/>
          <w:sz w:val="20"/>
        </w:rPr>
        <w:t>Telefonnummer : _________________________________________________</w:t>
      </w:r>
    </w:p>
    <w:p/>
    <w:p>
      <w:r>
        <w:rPr>
          <w:b/>
          <w:sz w:val="20"/>
        </w:rPr>
        <w:t>Arbeitnehmer :</w:t>
      </w:r>
    </w:p>
    <w:p>
      <w:r>
        <w:rPr>
          <w:b w:val="0"/>
          <w:sz w:val="20"/>
        </w:rPr>
        <w:t>Vor- und Nachname : _____________________________________________</w:t>
      </w:r>
    </w:p>
    <w:p>
      <w:r>
        <w:rPr>
          <w:b w:val="0"/>
          <w:sz w:val="20"/>
        </w:rPr>
        <w:t>Anschrift : _____________________________________________________</w:t>
      </w:r>
    </w:p>
    <w:p>
      <w:r>
        <w:rPr>
          <w:b w:val="0"/>
          <w:sz w:val="20"/>
        </w:rPr>
        <w:t>Telefonnummer : _________________________________________________</w:t>
      </w:r>
    </w:p>
    <w:p/>
    <w:p>
      <w:r>
        <w:rPr>
          <w:b/>
          <w:sz w:val="20"/>
        </w:rPr>
        <w:t>Betreff :</w:t>
      </w:r>
    </w:p>
    <w:p>
      <w:r>
        <w:rPr>
          <w:b w:val="0"/>
          <w:sz w:val="20"/>
        </w:rPr>
        <w:t>Kündigung des Arbeitsverhältnisses wegen Führerscheinentzug</w:t>
      </w:r>
    </w:p>
    <w:p/>
    <w:p>
      <w:r>
        <w:rPr>
          <w:b w:val="0"/>
          <w:sz w:val="20"/>
        </w:rPr>
        <w:t>Sehr geehrte/r Herr/Frau ____________________,</w:t>
      </w:r>
    </w:p>
    <w:p/>
    <w:p>
      <w:r>
        <w:rPr>
          <w:b w:val="0"/>
          <w:sz w:val="20"/>
        </w:rPr>
        <w:t>hiermit kündige ich das mit Ihnen bestehende Arbeitsverhältnis aus wichtigem Grund fristlos wegen des Entzugs Ihrer Fahrerlaubnis. Aufgrund des Führerscheinentzugs ist es Ihnen nicht mehr möglich, die vertraglich vereinbarten Tätigkeiten, die zwingend den Besitz einer gültigen Fahrerlaubnis voraussetzen, auszuführen. Eine Fortsetzung des Arbeitsverhältnisses ist daher unzumutbar.</w:t>
      </w:r>
    </w:p>
    <w:p/>
    <w:p>
      <w:r>
        <w:rPr>
          <w:b w:val="0"/>
          <w:sz w:val="20"/>
        </w:rPr>
        <w:t>Ich habe Sie über die drohende Kündigung bereits informiert und Ihnen die Möglichkeit zur Stellungnahme gegeben. Leider konnte keine einvernehmliche Lösung gefunden werden.</w:t>
      </w:r>
    </w:p>
    <w:p/>
    <w:p>
      <w:r>
        <w:rPr>
          <w:b w:val="0"/>
          <w:sz w:val="20"/>
        </w:rPr>
        <w:t>Bitte bestätigen Sie den Erhalt dieser Kündigung schriftlich. Ihre Arbeitsmittel sind innerhalb der nächsten Tage zurückzugeben.</w:t>
      </w:r>
    </w:p>
    <w:p/>
    <w:p>
      <w:r>
        <w:rPr>
          <w:b w:val="0"/>
          <w:sz w:val="20"/>
        </w:rPr>
        <w:t>Mit freundlichen Grüßen,</w:t>
      </w:r>
    </w:p>
    <w:p/>
    <w:p/>
    <w:p/>
    <w:p>
      <w:r>
        <w:rPr>
          <w:b w:val="0"/>
          <w:sz w:val="20"/>
        </w:rPr>
        <w:t>___________________________________</w:t>
      </w:r>
    </w:p>
    <w:p>
      <w:r>
        <w:rPr>
          <w:b w:val="0"/>
          <w:sz w:val="20"/>
        </w:rPr>
        <w:t>Unterschrift Arbeitgeber</w:t>
      </w:r>
    </w:p>
    <w:p/>
    <w:p/>
    <w:p>
      <w:r>
        <w:rPr>
          <w:b/>
          <w:sz w:val="20"/>
        </w:rPr>
        <w:t>Bestätigung des Arbeitnehmers :</w:t>
      </w:r>
    </w:p>
    <w:p>
      <w:r>
        <w:rPr>
          <w:b w:val="0"/>
          <w:sz w:val="20"/>
        </w:rPr>
        <w:t>Hiermit bestätige ich den Erhalt der Kündigung.</w:t>
      </w:r>
    </w:p>
    <w:p/>
    <w:p/>
    <w:p/>
    <w:p>
      <w:r>
        <w:rPr>
          <w:b w:val="0"/>
          <w:sz w:val="20"/>
        </w:rPr>
        <w:t>___________________________________</w:t>
      </w:r>
    </w:p>
    <w:p>
      <w:r>
        <w:rPr>
          <w:b w:val="0"/>
          <w:sz w:val="20"/>
        </w:rPr>
        <w:t>Unterschrift Arbeitnehmer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ARBEITGEBER</w:t>
            </w:r>
          </w:p>
        </w:tc>
        <w:tc>
          <w:tcPr>
            <w:tcW w:type="dxa" w:w="4986"/>
            <w:tcBorders>
              <w:top w:val="nil"/>
              <w:left w:val="nil"/>
              <w:bottom w:val="nil"/>
              <w:right w:val="nil"/>
              <w:insideH w:val="nil"/>
              <w:insideV w:val="nil"/>
            </w:tcBorders>
          </w:tcPr>
          <w:p>
            <w:pPr>
              <w:jc w:val="center"/>
            </w:pPr>
            <w:r>
              <w:t>ARBEITNEHMER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https://vorlagenfy.com/kundigung-wegen-fuhrerscheinentzug-muster/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kundigung-wegen-fuhrerscheinentzug-muster/"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