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SCHULAUFNAHME WEGEN SCHULWECHSEL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des Schülers/der Schülerin : 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An die Schulleitung :</w:t>
      </w:r>
    </w:p>
    <w:p>
      <w:r>
        <w:rPr>
          <w:b w:val="0"/>
          <w:sz w:val="20"/>
        </w:rPr>
        <w:t>Name der Schule : __________________________________________________________</w:t>
      </w:r>
    </w:p>
    <w:p>
      <w:r>
        <w:rPr>
          <w:b w:val="0"/>
          <w:sz w:val="20"/>
        </w:rPr>
        <w:t>Anschrift der Schule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der Schulaufnahme wegen Schulwechsels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Aufnahme meines Kindes/meiner Person an Ihrer Schule, da ein Schulwechsel erfolgt. Bitte bestätigen Sie mir den Austritt schriftlich.</w:t>
      </w:r>
    </w:p>
    <w:p/>
    <w:p>
      <w:r>
        <w:rPr>
          <w:b w:val="0"/>
          <w:sz w:val="20"/>
        </w:rPr>
        <w:t>Ich bitte Sie, alle notwendigen administrative Schritte einzuleiten und die Schulakte entsprechend an die neue Schule weiterzuleiten.</w:t>
      </w:r>
    </w:p>
    <w:p/>
    <w:p>
      <w:r>
        <w:rPr>
          <w:b w:val="0"/>
          <w:sz w:val="20"/>
        </w:rPr>
        <w:t>Für Ihre Unterstützung danke ich Ihnen im Voraus.</w:t>
      </w:r>
    </w:p>
    <w:p/>
    <w:p/>
    <w:p>
      <w:r>
        <w:rPr>
          <w:b w:val="0"/>
          <w:sz w:val="20"/>
        </w:rPr>
        <w:t>Ort : ____________________________________    Datum : ____________________________</w:t>
      </w:r>
    </w:p>
    <w:p/>
    <w:p/>
    <w:p>
      <w:r>
        <w:rPr>
          <w:b w:val="0"/>
          <w:sz w:val="20"/>
        </w:rPr>
        <w:t>Unterschrift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Schüler/in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https://vorlagenfy.com/kundigung-schule-wegen-schulwechsel/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schule-wegen-schulwechsel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