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DIENSTVERHÄLTNISSES IM ÖFFENTLICHEN DIENST</w:t>
      </w:r>
    </w:p>
    <w:p/>
    <w:p>
      <w:r>
        <w:rPr>
          <w:b w:val="0"/>
          <w:sz w:val="20"/>
        </w:rPr>
        <w:t>An</w:t>
      </w:r>
    </w:p>
    <w:p>
      <w:r>
        <w:rPr>
          <w:b w:val="0"/>
          <w:sz w:val="20"/>
        </w:rPr>
        <w:t>Dienststelle / Behörde : ______________________________________________</w:t>
      </w:r>
    </w:p>
    <w:p>
      <w:r>
        <w:rPr>
          <w:b w:val="0"/>
          <w:sz w:val="20"/>
        </w:rPr>
        <w:t>Abteilung : __________________________________________________________</w:t>
      </w:r>
    </w:p>
    <w:p>
      <w:r>
        <w:rPr>
          <w:b w:val="0"/>
          <w:sz w:val="20"/>
        </w:rPr>
        <w:t>Straße und Hausnummer : _______________________________________________</w:t>
      </w:r>
    </w:p>
    <w:p>
      <w:r>
        <w:rPr>
          <w:b w:val="0"/>
          <w:sz w:val="20"/>
        </w:rPr>
        <w:t>PLZ und Ort : _________________________________________________________</w:t>
      </w:r>
    </w:p>
    <w:p/>
    <w:p/>
    <w:p>
      <w:r>
        <w:rPr>
          <w:b w:val="0"/>
          <w:sz w:val="20"/>
        </w:rPr>
        <w:t>Von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Vorname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/>
    <w:p>
      <w:r>
        <w:rPr>
          <w:b/>
          <w:sz w:val="20"/>
        </w:rPr>
        <w:t>Betreff: Kündigung meines Dienstverhältnisses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Dienstverhältnis im öffentlichen Dienst ordentlich und fristgemäß unter Einhaltung der vertraglich bzw. gesetzlich vereinbarten Kündigungsfrist.</w:t>
      </w:r>
    </w:p>
    <w:p/>
    <w:p>
      <w:r>
        <w:rPr>
          <w:b w:val="0"/>
          <w:sz w:val="20"/>
        </w:rPr>
        <w:t>Die Kündigung erfolgt zum nächstmöglichen Zeitpunkt.</w:t>
      </w:r>
    </w:p>
    <w:p/>
    <w:p>
      <w:r>
        <w:rPr>
          <w:b w:val="0"/>
          <w:sz w:val="20"/>
        </w:rPr>
        <w:t>Ich werde sämtliche mir überlassenen dienstlichen Gegenstände, Unterlagen und Zugangsdaten bis zum Ende des Dienstverhältnisses zurückgeben.</w:t>
      </w:r>
    </w:p>
    <w:p/>
    <w:p>
      <w:r>
        <w:rPr>
          <w:b w:val="0"/>
          <w:sz w:val="20"/>
        </w:rPr>
        <w:t>Ich bitte Sie, mir den Erhalt dieser Kündigung sowie das Beendigungsdatum schriftlich zu bestätigen.</w:t>
      </w:r>
    </w:p>
    <w:p/>
    <w:p>
      <w:r>
        <w:rPr>
          <w:b w:val="0"/>
          <w:sz w:val="20"/>
        </w:rPr>
        <w:t>Ich danke Ihnen für die Zusammenarbeit und wünsche der Dienststelle weiterhin viel Erfolg.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    Datum : 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Kündigender Mitarbeiter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Empfangsbestätigung Dienststelle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https://vorlagenfy.com/kundigung-offentlicher-dienst-vorlage/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offentlicher-dienst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