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MIETVERTRAG MÖBLIERTES ZIMMER</w:t>
      </w:r>
    </w:p>
    <w:p/>
    <w:p>
      <w:r>
        <w:rPr>
          <w:b/>
          <w:sz w:val="20"/>
        </w:rPr>
        <w:t>Absender (Mieter) :</w:t>
      </w:r>
    </w:p>
    <w:p>
      <w:r>
        <w:rPr>
          <w:b w:val="0"/>
          <w:sz w:val="20"/>
        </w:rPr>
        <w:t>Name : ___________________________________________________</w:t>
      </w:r>
    </w:p>
    <w:p>
      <w:r>
        <w:rPr>
          <w:b w:val="0"/>
          <w:sz w:val="20"/>
        </w:rPr>
        <w:t>Anschrift : _______________________________________________</w:t>
      </w:r>
    </w:p>
    <w:p>
      <w:r>
        <w:rPr>
          <w:b w:val="0"/>
          <w:sz w:val="20"/>
        </w:rPr>
        <w:t>Telefonnummer : ___________________________________________</w:t>
      </w:r>
    </w:p>
    <w:p/>
    <w:p>
      <w:r>
        <w:rPr>
          <w:b/>
          <w:sz w:val="20"/>
        </w:rPr>
        <w:t>Empfänger (Vermieter) :</w:t>
      </w:r>
    </w:p>
    <w:p>
      <w:r>
        <w:rPr>
          <w:b w:val="0"/>
          <w:sz w:val="20"/>
        </w:rPr>
        <w:t>Name : ___________________________________________________</w:t>
      </w:r>
    </w:p>
    <w:p>
      <w:r>
        <w:rPr>
          <w:b w:val="0"/>
          <w:sz w:val="20"/>
        </w:rPr>
        <w:t>Anschrift : _______________________________________________</w:t>
      </w:r>
    </w:p>
    <w:p>
      <w:r>
        <w:rPr>
          <w:b w:val="0"/>
          <w:sz w:val="20"/>
        </w:rPr>
        <w:t>Telefonnummer : 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des Mietvertrags für das möblierte Zimmer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Mietvertrag über das möblierte Zimmer fristgerecht zum nächstmöglichen Zeitpunkt.</w:t>
      </w:r>
    </w:p>
    <w:p/>
    <w:p>
      <w:r>
        <w:rPr>
          <w:b w:val="0"/>
          <w:sz w:val="20"/>
        </w:rPr>
        <w:t>Ich bitte Sie, mir den Erhalt dieser Kündigung sowie das Beendigungsdatum des Mietverhältnisses schriftlich zu bestätigen.</w:t>
      </w:r>
    </w:p>
    <w:p/>
    <w:p>
      <w:r>
        <w:rPr>
          <w:b w:val="0"/>
          <w:sz w:val="20"/>
        </w:rPr>
        <w:t>Bitte informieren Sie mich auch über den Ablauf der Wohnungsübergabe.</w:t>
      </w:r>
    </w:p>
    <w:p/>
    <w:p>
      <w:r>
        <w:rPr>
          <w:b w:val="0"/>
          <w:sz w:val="20"/>
        </w:rPr>
        <w:t>Ich danke Ihnen für die bisherige Vermietung und verbleibe</w:t>
      </w:r>
    </w:p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 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Datum : 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(in Druckbuchstaben)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https://vorlagenfy.com/kundigung-mobliertes-zimmer-vorlage/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-mobliertes-zimmer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