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MIETVERTRAGS IN DER ERBENGEMEINSCHAFT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 (Vermieter):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/>
    <w:p>
      <w:r>
        <w:rPr>
          <w:b/>
          <w:sz w:val="20"/>
        </w:rPr>
        <w:t>Betreff: Kündigung des Mietvertrags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kündige(n) wir als Erbengemeinschaft den bestehenden Mietvertrag für die Wohnung/das Haus in der __________________________________________________ fristgerecht und ordentlich zum nächstmöglichen Zeitpunkt.</w:t>
      </w:r>
    </w:p>
    <w:p/>
    <w:p>
      <w:r>
        <w:rPr>
          <w:b w:val="0"/>
          <w:sz w:val="20"/>
        </w:rPr>
        <w:t>Wir bitten Sie, uns den Erhalt dieser Kündigung sowie das Beendigungsdatum des Mietverhältnisses schriftlich zu bestätigen.</w:t>
      </w:r>
    </w:p>
    <w:p/>
    <w:p>
      <w:r>
        <w:rPr>
          <w:b w:val="0"/>
          <w:sz w:val="20"/>
        </w:rPr>
        <w:t>Bitte informieren Sie uns auch über die Modalitäten zur Rückgabe der Mietsache und die Abwicklung der Kautionsrückzahlung.</w:t>
      </w:r>
    </w:p>
    <w:p/>
    <w:p/>
    <w:p>
      <w:r>
        <w:rPr>
          <w:b/>
          <w:sz w:val="20"/>
        </w:rPr>
        <w:t>Hinweis zur Erbengemeinschaft:</w:t>
      </w:r>
    </w:p>
    <w:p>
      <w:r>
        <w:rPr>
          <w:b w:val="0"/>
          <w:sz w:val="20"/>
        </w:rPr>
        <w:t>Die Kündigung erfolgt für die gesamte Erbengemeinschaft. Sämtliche Erben sind hiermit über die Kündigung informiert und stimmen dem zu.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          ___________________________</w:t>
      </w:r>
    </w:p>
    <w:p>
      <w:r>
        <w:rPr>
          <w:b w:val="0"/>
          <w:sz w:val="20"/>
        </w:rPr>
        <w:t>Name und Unterschrift Erbe 1          Name und Unterschrift Erbe 2</w:t>
      </w:r>
    </w:p>
    <w:p/>
    <w:p>
      <w:r>
        <w:rPr>
          <w:b w:val="0"/>
          <w:sz w:val="20"/>
        </w:rPr>
        <w:t>___________________________          ___________________________</w:t>
      </w:r>
    </w:p>
    <w:p>
      <w:r>
        <w:rPr>
          <w:b w:val="0"/>
          <w:sz w:val="20"/>
        </w:rPr>
        <w:t>Name und Unterschrift Erbe 3          Name und Unterschrift Erbe 4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https://vorlagenfy.com/kundigung-mietvertrag-erbengemeinschaft-muster/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ndigung-mietvertrag-erbengemeinschaft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