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KONTOKORRENTKREDITS</w:t>
      </w:r>
    </w:p>
    <w:p/>
    <w:p>
      <w:r>
        <w:rPr>
          <w:b w:val="0"/>
          <w:sz w:val="20"/>
        </w:rPr>
        <w:t>An:</w:t>
      </w:r>
    </w:p>
    <w:p>
      <w:r>
        <w:rPr>
          <w:b w:val="0"/>
          <w:sz w:val="20"/>
        </w:rPr>
        <w:t>Name des Kreditinstituts</w:t>
      </w:r>
    </w:p>
    <w:p>
      <w:r>
        <w:rPr>
          <w:b w:val="0"/>
          <w:sz w:val="20"/>
        </w:rPr>
        <w:t>Straße und Hausnummer</w:t>
      </w:r>
    </w:p>
    <w:p>
      <w:r>
        <w:rPr>
          <w:b w:val="0"/>
          <w:sz w:val="20"/>
        </w:rPr>
        <w:t>PLZ Ort</w:t>
      </w:r>
    </w:p>
    <w:p/>
    <w:p>
      <w:r>
        <w:rPr>
          <w:b w:val="0"/>
          <w:sz w:val="20"/>
        </w:rPr>
        <w:t>Von:</w:t>
      </w:r>
    </w:p>
    <w:p>
      <w:r>
        <w:rPr>
          <w:b w:val="0"/>
          <w:sz w:val="20"/>
        </w:rPr>
        <w:t>Vor- und Nachname / Firma</w:t>
      </w:r>
    </w:p>
    <w:p>
      <w:r>
        <w:rPr>
          <w:b w:val="0"/>
          <w:sz w:val="20"/>
        </w:rPr>
        <w:t>Straße und Hausnummer</w:t>
      </w:r>
    </w:p>
    <w:p>
      <w:r>
        <w:rPr>
          <w:b w:val="0"/>
          <w:sz w:val="20"/>
        </w:rPr>
        <w:t>PLZ Ort</w:t>
      </w:r>
    </w:p>
    <w:p/>
    <w:p>
      <w:r>
        <w:rPr>
          <w:b/>
          <w:sz w:val="20"/>
        </w:rPr>
        <w:t>Betreff: Kündigung meines Kontokorrentkredits</w:t>
      </w:r>
    </w:p>
    <w:p/>
    <w:p>
      <w:r>
        <w:rPr>
          <w:b w:val="0"/>
          <w:sz w:val="20"/>
        </w:rPr>
        <w:t>Sehr geehrte Damen und Herren,</w:t>
      </w:r>
    </w:p>
    <w:p>
      <w:r>
        <w:rPr>
          <w:b w:val="0"/>
          <w:sz w:val="20"/>
        </w:rPr>
        <w:t>hiermit kündige ich meinen Kontokorrentkredit bei Ihrem Institut fristgerecht und ordentlich zum nächstmöglichen Zeitpunkt.</w:t>
      </w:r>
    </w:p>
    <w:p/>
    <w:p>
      <w:r>
        <w:rPr>
          <w:b w:val="0"/>
          <w:sz w:val="20"/>
        </w:rPr>
        <w:t>Kundennummer / Vertragsnummer: ____________________________________________</w:t>
      </w:r>
    </w:p>
    <w:p>
      <w:r>
        <w:rPr>
          <w:b w:val="0"/>
          <w:sz w:val="20"/>
        </w:rPr>
        <w:t>Kontokorrentkreditnummer: ________________________________________________</w:t>
      </w:r>
    </w:p>
    <w:p/>
    <w:p>
      <w:r>
        <w:rPr>
          <w:b w:val="0"/>
          <w:sz w:val="20"/>
        </w:rPr>
        <w:t>Bitte bestätigen Sie mir schriftlich den Erhalt dieser Kündigung sowie das Vertragsende und den Ausgleich des Kontokorrentkredits.</w:t>
      </w:r>
    </w:p>
    <w:p>
      <w:r>
        <w:rPr>
          <w:b w:val="0"/>
          <w:sz w:val="20"/>
        </w:rPr>
        <w:t>Ich werde alle noch offenen Beträge fristgerecht ausgleichen und bitte um Übersendung einer abschließenden Abrechnung.</w:t>
      </w:r>
    </w:p>
    <w:p/>
    <w:p>
      <w:r>
        <w:rPr>
          <w:b w:val="0"/>
          <w:sz w:val="20"/>
        </w:rPr>
        <w:t>Mit freundlichen Grüßen,</w:t>
      </w:r>
    </w:p>
    <w:p/>
    <w:p/>
    <w:p/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Unterschrift</w:t>
      </w:r>
    </w:p>
    <w:p/>
    <w:p>
      <w:r>
        <w:rPr>
          <w:b w:val="0"/>
          <w:sz w:val="20"/>
        </w:rPr>
        <w:t>Ort: ________________________________    Datum: 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https://vorlagenfy.com/kundigung-kontokorrentkredit-muster/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kundigung-kontokorrentkredit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