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DES KARTINA TV ABONNEMENTS</w:t>
      </w:r>
    </w:p>
    <w:p/>
    <w:p>
      <w:r>
        <w:rPr>
          <w:b/>
          <w:sz w:val="20"/>
        </w:rPr>
        <w:t>Empfänger der Kündigung :</w:t>
      </w:r>
    </w:p>
    <w:p>
      <w:r>
        <w:rPr>
          <w:b w:val="0"/>
          <w:sz w:val="20"/>
        </w:rPr>
        <w:t>Kartina TV Kundenservice</w:t>
      </w:r>
    </w:p>
    <w:p>
      <w:r>
        <w:rPr>
          <w:b w:val="0"/>
          <w:sz w:val="20"/>
        </w:rPr>
        <w:t>Adresse : ________________________________________________</w:t>
      </w:r>
    </w:p>
    <w:p/>
    <w:p>
      <w:r>
        <w:rPr>
          <w:b/>
          <w:sz w:val="20"/>
        </w:rPr>
        <w:t>Absender der Kündigung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Adresse : ___________________________________________________________</w:t>
      </w:r>
    </w:p>
    <w:p>
      <w:r>
        <w:rPr>
          <w:b w:val="0"/>
          <w:sz w:val="20"/>
        </w:rPr>
        <w:t>Kundennummer (falls vorhanden) : ____________________________________</w:t>
      </w:r>
    </w:p>
    <w:p>
      <w:r>
        <w:rPr>
          <w:b w:val="0"/>
          <w:sz w:val="20"/>
        </w:rPr>
        <w:t>E-Mail-Adresse : ____________________________________________________</w:t>
      </w:r>
    </w:p>
    <w:p/>
    <w:p>
      <w:r>
        <w:rPr>
          <w:b/>
          <w:sz w:val="20"/>
        </w:rPr>
        <w:t>Hiermit kündige ich mein Kartina TV Abonnement fristgerecht zum nächstmöglichen Zeitpunkt.</w:t>
      </w:r>
    </w:p>
    <w:p/>
    <w:p>
      <w:r>
        <w:rPr>
          <w:b w:val="0"/>
          <w:sz w:val="20"/>
        </w:rPr>
        <w:t>Bitte bestätigen Sie mir schriftlich den Erhalt dieser Kündigung sowie das Datum der Vertragsbeendigung.</w:t>
      </w:r>
    </w:p>
    <w:p/>
    <w:p>
      <w:r>
        <w:rPr>
          <w:b w:val="0"/>
          <w:sz w:val="20"/>
        </w:rPr>
        <w:t>Etwaige von Kartina TV zur Verfügung gestellte Geräte werden nach Vertragsende zurückgegeben.</w:t>
      </w:r>
    </w:p>
    <w:p>
      <w:r>
        <w:rPr>
          <w:b w:val="0"/>
          <w:sz w:val="20"/>
        </w:rPr>
        <w:t>Bitte informieren Sie mich über das weitere Vorgehen bezüglich Rücksendung und Rückerstattung.</w:t>
      </w:r>
    </w:p>
    <w:p/>
    <w:p>
      <w:r>
        <w:rPr>
          <w:b w:val="0"/>
          <w:sz w:val="20"/>
        </w:rPr>
        <w:t>Mit freundlichen Grüßen,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Unterschrift des Vertragsinhabers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Karteninhaber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Kartina TV Kundenservice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https://vorlagenfy.com/kundigung-kartina-tv-muster/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kundigung-kartina-tv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