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KÜNDIGUNG HANDELSVERTRETERVERTRAG</w:t>
      </w:r>
    </w:p>
    <w:p/>
    <w:p>
      <w:r>
        <w:rPr>
          <w:b/>
          <w:sz w:val="20"/>
        </w:rPr>
        <w:t>Absender :</w:t>
      </w:r>
    </w:p>
    <w:p>
      <w:r>
        <w:rPr>
          <w:b w:val="0"/>
          <w:sz w:val="20"/>
        </w:rPr>
        <w:t>Name/Firma : ___________________________________________________________</w:t>
      </w:r>
    </w:p>
    <w:p>
      <w:r>
        <w:rPr>
          <w:b w:val="0"/>
          <w:sz w:val="20"/>
        </w:rPr>
        <w:t>Anschrift : ______________________________________________________________</w:t>
      </w:r>
    </w:p>
    <w:p>
      <w:r>
        <w:rPr>
          <w:b w:val="0"/>
          <w:sz w:val="20"/>
        </w:rPr>
        <w:t>Telefonnummer : __________________________________________________________</w:t>
      </w:r>
    </w:p>
    <w:p/>
    <w:p>
      <w:r>
        <w:rPr>
          <w:b/>
          <w:sz w:val="20"/>
        </w:rPr>
        <w:t>Empfänger :</w:t>
      </w:r>
    </w:p>
    <w:p>
      <w:r>
        <w:rPr>
          <w:b w:val="0"/>
          <w:sz w:val="20"/>
        </w:rPr>
        <w:t>Name/Firma : ___________________________________________________________</w:t>
      </w:r>
    </w:p>
    <w:p>
      <w:r>
        <w:rPr>
          <w:b w:val="0"/>
          <w:sz w:val="20"/>
        </w:rPr>
        <w:t>Anschrift : ______________________________________________________________</w:t>
      </w:r>
    </w:p>
    <w:p>
      <w:r>
        <w:rPr>
          <w:b w:val="0"/>
          <w:sz w:val="20"/>
        </w:rPr>
        <w:t>Telefonnummer : __________________________________________________________</w:t>
      </w:r>
    </w:p>
    <w:p/>
    <w:p>
      <w:r>
        <w:rPr>
          <w:b/>
          <w:sz w:val="20"/>
        </w:rPr>
        <w:t>Betreff: Kündigung des Handelsvertretervertrags</w:t>
      </w:r>
    </w:p>
    <w:p/>
    <w:p>
      <w:r>
        <w:rPr>
          <w:b w:val="0"/>
          <w:sz w:val="20"/>
        </w:rPr>
        <w:t>hiermit kündige ich den mit Ihnen bestehenden Handelsvertretervertrag fristgerecht gemäß den vertraglichen Vereinbarungen. Alle noch offenen Verpflichtungen werden selbstverständlich erfüllt.</w:t>
      </w:r>
    </w:p>
    <w:p/>
    <w:p>
      <w:r>
        <w:rPr>
          <w:b/>
          <w:sz w:val="20"/>
        </w:rPr>
        <w:t>Kündigungsgrund (optional) :</w:t>
      </w:r>
    </w:p>
    <w:p>
      <w:r>
        <w:rPr>
          <w:b w:val="0"/>
          <w:sz w:val="20"/>
        </w:rPr>
        <w:t>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</w:t>
      </w:r>
    </w:p>
    <w:p/>
    <w:p>
      <w:r>
        <w:rPr>
          <w:b/>
          <w:sz w:val="20"/>
        </w:rPr>
        <w:t>Rückgabe von Unterlagen und Materialien :</w:t>
      </w:r>
    </w:p>
    <w:p>
      <w:r>
        <w:rPr>
          <w:b w:val="0"/>
          <w:sz w:val="20"/>
        </w:rPr>
        <w:t>Bitte bestätigen Sie mir die Rückgabe aller im Rahmen des Vertrags erhaltenen Unterlagen und Materialien bis zum Vertragsende.</w:t>
      </w:r>
    </w:p>
    <w:p/>
    <w:p>
      <w:r>
        <w:rPr>
          <w:b w:val="0"/>
          <w:sz w:val="20"/>
        </w:rPr>
        <w:t>Ich danke Ihnen für die bisherige Zusammenarbeit und bitte um eine schriftliche Bestätigung dieser Kündigung.</w:t>
      </w:r>
    </w:p>
    <w:p/>
    <w:p/>
    <w:p>
      <w:r>
        <w:rPr>
          <w:b w:val="0"/>
          <w:sz w:val="20"/>
        </w:rPr>
        <w:t>Ort : ____________________________    Datum : 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9972"/>
      </w:tblGrid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Unterschrift</w:t>
            </w:r>
          </w:p>
        </w:tc>
      </w:tr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https://vorlagenfy.com/kundigung-handelsvertretervertrag-muster/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https://vorlagenfy.com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vorlagenfy.com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vorlagenfy.com/kundigung-handelsvertretervertrag-muster/" TargetMode="External"/><Relationship Id="rId10" Type="http://schemas.openxmlformats.org/officeDocument/2006/relationships/hyperlink" Target="https://vorlagenf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