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GARANTIEVERSICHERUNG</w:t>
      </w:r>
    </w:p>
    <w:p/>
    <w:p>
      <w:r>
        <w:rPr>
          <w:b/>
          <w:sz w:val="20"/>
        </w:rPr>
        <w:t>Versicherungsunternehmen :</w:t>
      </w:r>
    </w:p>
    <w:p>
      <w:r>
        <w:rPr>
          <w:b w:val="0"/>
          <w:sz w:val="20"/>
        </w:rPr>
        <w:t>Name und Adresse des Versicherers</w:t>
      </w:r>
    </w:p>
    <w:p/>
    <w:p/>
    <w:p>
      <w:r>
        <w:rPr>
          <w:b/>
          <w:sz w:val="20"/>
        </w:rPr>
        <w:t>Versicherungsnehmer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Versicherungsnummer : _______________________________________________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Garantieversicherung mit der oben genannten Versicherungsnummer fristgerecht zum nächstmöglichen Zeitpunkt. Bitte bestätigen Sie mir den Erhalt dieser Kündigung sowie das Vertragsende schriftlich.</w:t>
      </w:r>
    </w:p>
    <w:p/>
    <w:p>
      <w:r>
        <w:rPr>
          <w:b/>
          <w:sz w:val="20"/>
        </w:rPr>
        <w:t>Rechtliche Hinweise :</w:t>
      </w:r>
    </w:p>
    <w:p>
      <w:r>
        <w:rPr>
          <w:b w:val="0"/>
          <w:sz w:val="20"/>
        </w:rPr>
        <w:t>Gemäß den Allgemeinen Versicherungsbedingungen (AVB) kündige ich diesen Vertrag unter Einhaltung der vertraglich vereinbarten Fristen.</w:t>
      </w:r>
    </w:p>
    <w:p/>
    <w:p>
      <w:r>
        <w:rPr>
          <w:b w:val="0"/>
          <w:sz w:val="20"/>
        </w:rPr>
        <w:t>Bitte teilen Sie mir mit, ob eine anteilige Rückerstattung der Versicherungsprämie erfolgt und ob noch Ansprüche aus der Garantieversicherung bestehen.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 Versicherungsnehmer</w:t>
      </w:r>
    </w:p>
    <w:p/>
    <w:p/>
    <w:p>
      <w:r>
        <w:rPr>
          <w:b w:val="0"/>
          <w:sz w:val="20"/>
        </w:rPr>
        <w:t>Ort : ____________________________  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https://vorlagenfy.com/kundigung-garantieversicherung-muster/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garantieversicherung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