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FITNESSSTUDIOVERTRAG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Mitgliedsnummer : 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des Fitnessstudios : _________________________________________</w:t>
      </w:r>
    </w:p>
    <w:p>
      <w:r>
        <w:rPr>
          <w:b w:val="0"/>
          <w:sz w:val="20"/>
        </w:rPr>
        <w:t>Anschrift des Fitnessstudios : 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meines Fitnessstudiovertrages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Fitnessstudiovertrag fristgerecht zum nächstmöglichen Zeitpunkt. Grund für die Kündigung ist mein Umzug, der einen weiteren Besuch Ihres Studios unmöglich macht.</w:t>
      </w:r>
    </w:p>
    <w:p/>
    <w:p>
      <w:r>
        <w:rPr>
          <w:b w:val="0"/>
          <w:sz w:val="20"/>
        </w:rPr>
        <w:t>Bitte bestätigen Sie mir den Erhalt dieser Kündigung sowie das Vertragsende schriftlich.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https://vorlagenfy.com/kundigung-fitnessstudio-wegen-umzug-vorlage/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fitnessstudio-wegen-umzu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