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AGENTURVERTRAG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/ Firma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/ Firma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des Agenturvertrages</w:t>
      </w:r>
    </w:p>
    <w:p/>
    <w:p>
      <w:r>
        <w:rPr>
          <w:b w:val="0"/>
          <w:sz w:val="20"/>
        </w:rPr>
        <w:t>Sehr geehrte Damen und Herren,</w:t>
      </w:r>
    </w:p>
    <w:p>
      <w:r>
        <w:rPr>
          <w:b w:val="0"/>
          <w:sz w:val="20"/>
        </w:rPr>
        <w:t>hiermit kündige ich den zwischen uns bestehenden Agenturvertrag fristgerecht zum nächstmöglichen Zeitpunkt. Bitte bestätigen Sie mir den Erhalt dieser Kündigung sowie das Beendigungsdatum des Vertrages schriftlich.</w:t>
      </w:r>
    </w:p>
    <w:p/>
    <w:p>
      <w:r>
        <w:rPr>
          <w:b w:val="0"/>
          <w:sz w:val="20"/>
        </w:rPr>
        <w:t>Ich danke Ihnen für die bisherige Zusammenarbeit und bitte darum, alle notwendigen Schritte zur Vertragsbeendigung einzuleiten.</w:t>
      </w:r>
    </w:p>
    <w:p/>
    <w:p/>
    <w:p>
      <w:r>
        <w:rPr>
          <w:b w:val="0"/>
          <w:sz w:val="20"/>
        </w:rPr>
        <w:t>Ort : ___________________________________</w:t>
      </w:r>
    </w:p>
    <w:p>
      <w:r>
        <w:rPr>
          <w:b w:val="0"/>
          <w:sz w:val="20"/>
        </w:rPr>
        <w:t>Datum : 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https://vorlagenfy.com/kundigung-agenturvertrag-vorlage/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undigung-agenturvertrag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