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KOSTENABRECHNUNG VERHINDERUNGSPFLEGE</w:t>
      </w:r>
    </w:p>
    <w:p/>
    <w:p>
      <w:r>
        <w:rPr>
          <w:b w:val="0"/>
          <w:sz w:val="20"/>
        </w:rPr>
        <w:t>Abrechnungszeitraum : ________________________________</w:t>
      </w:r>
    </w:p>
    <w:p/>
    <w:p>
      <w:r>
        <w:rPr>
          <w:b/>
          <w:sz w:val="20"/>
        </w:rPr>
        <w:t>Angaben zur Pflegeperson (Verhinderungsvertretung)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zur pflegebedürftigen Person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Pflegegrad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Leistungsbeschreibung :</w:t>
      </w:r>
    </w:p>
    <w:p>
      <w:r>
        <w:rPr>
          <w:b w:val="0"/>
          <w:sz w:val="20"/>
        </w:rPr>
        <w:t>Zeitraum der Verhinderungspflege : _________________________________</w:t>
      </w:r>
    </w:p>
    <w:p>
      <w:r>
        <w:rPr>
          <w:b w:val="0"/>
          <w:sz w:val="20"/>
        </w:rPr>
        <w:t>Anzahl der Tage : __________________ Tage</w:t>
      </w:r>
    </w:p>
    <w:p>
      <w:r>
        <w:rPr>
          <w:b w:val="0"/>
          <w:sz w:val="20"/>
        </w:rPr>
        <w:t>Art der Pflegeleistungen : __________________________________________</w:t>
      </w:r>
    </w:p>
    <w:p>
      <w:r>
        <w:rPr>
          <w:b w:val="0"/>
          <w:sz w:val="20"/>
        </w:rPr>
        <w:t>Leistungsumfang : ___________________________________________________</w:t>
      </w:r>
    </w:p>
    <w:p/>
    <w:p>
      <w:r>
        <w:rPr>
          <w:b/>
          <w:sz w:val="20"/>
        </w:rPr>
        <w:t>Abgerechnete Kosten (nach § 39 SGB XI) :</w:t>
      </w:r>
    </w:p>
    <w:p>
      <w:r>
        <w:rPr>
          <w:b w:val="0"/>
          <w:sz w:val="20"/>
        </w:rPr>
        <w:t>Tagespauschale Verhinderungspflege : ______________ EUR pro Tag</w:t>
      </w:r>
    </w:p>
    <w:p>
      <w:r>
        <w:rPr>
          <w:b w:val="0"/>
          <w:sz w:val="20"/>
        </w:rPr>
        <w:t>Gesamtbetrag : _____________________________________ EUR</w:t>
      </w:r>
    </w:p>
    <w:p/>
    <w:p>
      <w:r>
        <w:rPr>
          <w:b/>
          <w:sz w:val="20"/>
        </w:rPr>
        <w:t>Zahlungsinformationen :</w:t>
      </w:r>
    </w:p>
    <w:p>
      <w:r>
        <w:rPr>
          <w:b w:val="0"/>
          <w:sz w:val="20"/>
        </w:rPr>
        <w:t>Bankverbindung der Pflegeperson :</w:t>
      </w:r>
    </w:p>
    <w:p>
      <w:r>
        <w:rPr>
          <w:b w:val="0"/>
          <w:sz w:val="20"/>
        </w:rPr>
        <w:t>IBAN : 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</w:t>
      </w:r>
    </w:p>
    <w:p>
      <w:r>
        <w:rPr>
          <w:b w:val="0"/>
          <w:sz w:val="20"/>
        </w:rPr>
        <w:t>Kontoinhaber : ______________________________________________________</w:t>
      </w:r>
    </w:p>
    <w:p/>
    <w:p>
      <w:r>
        <w:rPr>
          <w:b/>
          <w:sz w:val="20"/>
        </w:rPr>
        <w:t>Erklärung :</w:t>
      </w:r>
    </w:p>
    <w:p>
      <w:r>
        <w:rPr>
          <w:b w:val="0"/>
          <w:sz w:val="20"/>
        </w:rPr>
        <w:t>Hiermit bestätige ich, dass die oben genannten Leistungen im Rahmen der Verhinderungspflege erbracht wurden und die Angaben vollständig und wahrheitsgemäß sind.</w:t>
      </w:r>
    </w:p>
    <w:p/>
    <w:p>
      <w:r>
        <w:rPr>
          <w:b w:val="0"/>
          <w:sz w:val="20"/>
        </w:rPr>
        <w:t>Ort : _____________________________    Datum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Pflegeperson (Verhinderungsvertretung)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Pflegebedürftige Person / Angehörige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https://vorlagenfy.com/kostenabrechnung-verhinderungspflege-dak/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ostenabrechnung-verhinderungspflege-dak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