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KONFORMITÄTSERKLÄRUNG ZAHNTECHNIK</w:t>
      </w:r>
    </w:p>
    <w:p/>
    <w:p>
      <w:r>
        <w:rPr>
          <w:b/>
          <w:sz w:val="20"/>
        </w:rPr>
        <w:t>Herstellerangaben:</w:t>
      </w:r>
    </w:p>
    <w:p>
      <w:r>
        <w:rPr>
          <w:b w:val="0"/>
          <w:sz w:val="20"/>
        </w:rPr>
        <w:t>Name / Firma : 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</w:t>
      </w:r>
    </w:p>
    <w:p>
      <w:r>
        <w:rPr>
          <w:b w:val="0"/>
          <w:sz w:val="20"/>
        </w:rPr>
        <w:t>E-Mail : ______________________________________________________________</w:t>
      </w:r>
    </w:p>
    <w:p/>
    <w:p>
      <w:r>
        <w:rPr>
          <w:b/>
          <w:sz w:val="20"/>
        </w:rPr>
        <w:t>Produktangaben:</w:t>
      </w:r>
    </w:p>
    <w:p>
      <w:r>
        <w:rPr>
          <w:b w:val="0"/>
          <w:sz w:val="20"/>
        </w:rPr>
        <w:t>Bezeichnung : _________________________________________________________</w:t>
      </w:r>
    </w:p>
    <w:p>
      <w:r>
        <w:rPr>
          <w:b w:val="0"/>
          <w:sz w:val="20"/>
        </w:rPr>
        <w:t>Typ / Modell : _________________________________________________________</w:t>
      </w:r>
    </w:p>
    <w:p>
      <w:r>
        <w:rPr>
          <w:b w:val="0"/>
          <w:sz w:val="20"/>
        </w:rPr>
        <w:t>Chargen- / Seriennummer : ______________________________________________</w:t>
      </w:r>
    </w:p>
    <w:p>
      <w:r>
        <w:rPr>
          <w:b w:val="0"/>
          <w:sz w:val="20"/>
        </w:rPr>
        <w:t>Verwendungszweck : ____________________________________________________</w:t>
      </w:r>
    </w:p>
    <w:p/>
    <w:p>
      <w:r>
        <w:rPr>
          <w:b w:val="0"/>
          <w:sz w:val="20"/>
        </w:rPr>
        <w:t>Hiermit erklärt der Hersteller, dass das oben genannte Produkt den geltenden rechtlichen Anforderungen der Medizinprodukteverordnung (MDR) entspricht und die einschlägigen harmonisierten Normen eingehalten wurden.</w:t>
      </w:r>
    </w:p>
    <w:p/>
    <w:p>
      <w:r>
        <w:rPr>
          <w:b w:val="0"/>
          <w:sz w:val="20"/>
        </w:rPr>
        <w:t>Die Konformitätsbewertung wurde gemäß den in der MDR festgelegten Verfahren durchgeführt. Das Produkt darf erst nach erfolgter CE-Kennzeichnung in Verkehr gebracht werden.</w:t>
      </w:r>
    </w:p>
    <w:p/>
    <w:p>
      <w:r>
        <w:rPr>
          <w:b w:val="0"/>
          <w:sz w:val="20"/>
        </w:rPr>
        <w:t>Diese Erklärung gilt ausschließlich für das oben bezeichnete Produkt und ist gültig, sofern keine Änderungen am Produkt vorgenommen werden, die die Sicherheit oder Leistung beeinträchtigen könnten.</w:t>
      </w:r>
    </w:p>
    <w:p/>
    <w:p/>
    <w:p>
      <w:r>
        <w:rPr>
          <w:b w:val="0"/>
          <w:sz w:val="20"/>
        </w:rPr>
        <w:t>Ort : ________________________________________________________________</w:t>
      </w:r>
    </w:p>
    <w:p>
      <w:r>
        <w:rPr>
          <w:b w:val="0"/>
          <w:sz w:val="20"/>
        </w:rPr>
        <w:t>Datum : 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Hersteller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Qualitätsbeauftragter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https://vorlagenfy.com/konformitatserklarung-zahntechnik-muster/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konformitatserklarung-zahntechnik-muster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