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KAUFVERTRAG FÜR NUTZTIERE</w:t>
      </w:r>
    </w:p>
    <w:p/>
    <w:p>
      <w:r>
        <w:rPr>
          <w:b w:val="0"/>
          <w:sz w:val="20"/>
        </w:rPr>
        <w:t>Ort : ____________________________    Datum : ____________________________</w:t>
      </w:r>
    </w:p>
    <w:p/>
    <w:p>
      <w:r>
        <w:rPr>
          <w:b/>
          <w:sz w:val="20"/>
        </w:rPr>
        <w:t>Angaben des Verkäufers :</w:t>
      </w:r>
    </w:p>
    <w:p>
      <w:r>
        <w:rPr>
          <w:b w:val="0"/>
          <w:sz w:val="20"/>
        </w:rPr>
        <w:t>Vor- und Nachname : ___________________________________________________</w:t>
      </w:r>
    </w:p>
    <w:p>
      <w:r>
        <w:rPr>
          <w:b w:val="0"/>
          <w:sz w:val="20"/>
        </w:rPr>
        <w:t>Personalausweis-Nr. : ______________________________________________</w:t>
      </w:r>
    </w:p>
    <w:p>
      <w:r>
        <w:rPr>
          <w:b w:val="0"/>
          <w:sz w:val="20"/>
        </w:rPr>
        <w:t>Anschrift : ______________________________________________________</w:t>
      </w:r>
    </w:p>
    <w:p>
      <w:r>
        <w:rPr>
          <w:b w:val="0"/>
          <w:sz w:val="20"/>
        </w:rPr>
        <w:t>Telefonnummer : ______________________________________________________</w:t>
      </w:r>
    </w:p>
    <w:p/>
    <w:p>
      <w:r>
        <w:rPr>
          <w:b/>
          <w:sz w:val="20"/>
        </w:rPr>
        <w:t>Angaben des Käufers :</w:t>
      </w:r>
    </w:p>
    <w:p>
      <w:r>
        <w:rPr>
          <w:b w:val="0"/>
          <w:sz w:val="20"/>
        </w:rPr>
        <w:t>Vor- und Nachname : ___________________________________________________</w:t>
      </w:r>
    </w:p>
    <w:p>
      <w:r>
        <w:rPr>
          <w:b w:val="0"/>
          <w:sz w:val="20"/>
        </w:rPr>
        <w:t>Personalausweis-Nr. : ______________________________________________</w:t>
      </w:r>
    </w:p>
    <w:p>
      <w:r>
        <w:rPr>
          <w:b w:val="0"/>
          <w:sz w:val="20"/>
        </w:rPr>
        <w:t>Anschrift : 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________________________________________________________</w:t>
      </w:r>
    </w:p>
    <w:p/>
    <w:p>
      <w:r>
        <w:rPr>
          <w:b/>
          <w:sz w:val="20"/>
        </w:rPr>
        <w:t>Angaben zum Kaufgegenstand (Nutztiere) :</w:t>
      </w:r>
    </w:p>
    <w:p>
      <w:r>
        <w:rPr>
          <w:b w:val="0"/>
          <w:sz w:val="20"/>
        </w:rPr>
        <w:t>Tierart/-rasse : ________________________________________________</w:t>
      </w:r>
    </w:p>
    <w:p>
      <w:r>
        <w:rPr>
          <w:b w:val="0"/>
          <w:sz w:val="20"/>
        </w:rPr>
        <w:t>Anzahl : _________________</w:t>
      </w:r>
    </w:p>
    <w:p>
      <w:r>
        <w:rPr>
          <w:b w:val="0"/>
          <w:sz w:val="20"/>
        </w:rPr>
        <w:t>Alter/Geburtsdatum : ___________________________________________</w:t>
      </w:r>
    </w:p>
    <w:p>
      <w:r>
        <w:rPr>
          <w:b w:val="0"/>
          <w:sz w:val="20"/>
        </w:rPr>
        <w:t>Geschlecht : _________________________________________________</w:t>
      </w:r>
    </w:p>
    <w:p>
      <w:r>
        <w:rPr>
          <w:b w:val="0"/>
          <w:sz w:val="20"/>
        </w:rPr>
        <w:t>Kennzeichnung (z.B. Ohrmarke) : ________________________________</w:t>
      </w:r>
    </w:p>
    <w:p>
      <w:r>
        <w:rPr>
          <w:b w:val="0"/>
          <w:sz w:val="20"/>
        </w:rPr>
        <w:t>Gesundheitszustand : ___________________________________________</w:t>
      </w:r>
    </w:p>
    <w:p/>
    <w:p>
      <w:r>
        <w:rPr>
          <w:b/>
          <w:sz w:val="20"/>
        </w:rPr>
        <w:t>Kaufpreis und Zahlungsbedingungen :</w:t>
      </w:r>
    </w:p>
    <w:p>
      <w:r>
        <w:rPr>
          <w:b w:val="0"/>
          <w:sz w:val="20"/>
        </w:rPr>
        <w:t>Kaufpreis : _________________ EUR</w:t>
      </w:r>
    </w:p>
    <w:p>
      <w:r>
        <w:rPr>
          <w:b w:val="0"/>
          <w:sz w:val="20"/>
        </w:rPr>
        <w:t>Zahlungsweise : ___________________________________________________</w:t>
      </w:r>
    </w:p>
    <w:p/>
    <w:p>
      <w:r>
        <w:rPr>
          <w:b/>
          <w:sz w:val="20"/>
        </w:rPr>
        <w:t>§ 1 – Vertragsgegenstand</w:t>
      </w:r>
    </w:p>
    <w:p>
      <w:r>
        <w:rPr>
          <w:b w:val="0"/>
          <w:sz w:val="20"/>
        </w:rPr>
        <w:t>Der Verkäufer verkauft und der Käufer kauft die oben beschriebenen Nutztiere. Der Verkäufer versichert, dass er Eigentümer der Tiere ist und zur Veräußerung berechtigt ist.</w:t>
      </w:r>
    </w:p>
    <w:p/>
    <w:p>
      <w:r>
        <w:rPr>
          <w:b/>
          <w:sz w:val="20"/>
        </w:rPr>
        <w:t>§ 2 – Zustand der Tiere</w:t>
      </w:r>
    </w:p>
    <w:p>
      <w:r>
        <w:rPr>
          <w:b w:val="0"/>
          <w:sz w:val="20"/>
        </w:rPr>
        <w:t>Der Käufer bestätigt, die Nutztiere besichtigt zu haben und deren Zustand akzeptiert. Alle bekannten Mängel oder Besonderheiten wurden offengelegt und sind im Kaufpreis berücksichtigt.</w:t>
      </w:r>
    </w:p>
    <w:p/>
    <w:p>
      <w:r>
        <w:rPr>
          <w:b/>
          <w:sz w:val="20"/>
        </w:rPr>
        <w:t>§ 3 – Gewährleistung und Haftung</w:t>
      </w:r>
    </w:p>
    <w:p>
      <w:r>
        <w:rPr>
          <w:b w:val="0"/>
          <w:sz w:val="20"/>
        </w:rPr>
        <w:t>Der Verkäufer schließt die Haftung für Sachmängel bei gebrauchten Tieren aus, soweit gesetzlich zulässig. Die Nutztiere werden wie besichtigt verkauft.</w:t>
      </w:r>
    </w:p>
    <w:p/>
    <w:p>
      <w:r>
        <w:rPr>
          <w:b/>
          <w:sz w:val="20"/>
        </w:rPr>
        <w:t>§ 4 – Eigentumsübertragung</w:t>
      </w:r>
    </w:p>
    <w:p>
      <w:r>
        <w:rPr>
          <w:b w:val="0"/>
          <w:sz w:val="20"/>
        </w:rPr>
        <w:t>Das Eigentum an den Nutzieren geht mit vollständiger Zahlung des Kaufpreises und Übergabe der Tiere auf den Käufer über. Alle erforderlichen Unterlagen werden übergeben.</w:t>
      </w:r>
    </w:p>
    <w:p/>
    <w:p>
      <w:r>
        <w:rPr>
          <w:b/>
          <w:sz w:val="20"/>
        </w:rPr>
        <w:t>§ 5 – Pflichten der Vertragsparteien</w:t>
      </w:r>
    </w:p>
    <w:p>
      <w:r>
        <w:rPr>
          <w:b w:val="0"/>
          <w:sz w:val="20"/>
        </w:rPr>
        <w:t>Der Verkäufer verpflichtet sich, die Nutztiere zum vereinbarten Termin zu übergeben. Der Käufer verpflichtet sich, den Kaufpreis fristgerecht zu zahlen.</w:t>
      </w:r>
    </w:p>
    <w:p/>
    <w:p>
      <w:r>
        <w:rPr>
          <w:b/>
          <w:sz w:val="20"/>
        </w:rPr>
        <w:t>§ 6 – Zusatzkosten</w:t>
      </w:r>
    </w:p>
    <w:p>
      <w:r>
        <w:rPr>
          <w:b w:val="0"/>
          <w:sz w:val="20"/>
        </w:rPr>
        <w:t>Kosten für Transport, Umschreibung oder sonstige Formalitäten trägt die folgende Partei: _________________.</w:t>
      </w:r>
    </w:p>
    <w:p/>
    <w:p>
      <w:r>
        <w:rPr>
          <w:b/>
          <w:sz w:val="20"/>
        </w:rPr>
        <w:t>§ 7 – Schlussbestimmungen</w:t>
      </w:r>
    </w:p>
    <w:p>
      <w:r>
        <w:rPr>
          <w:b w:val="0"/>
          <w:sz w:val="20"/>
        </w:rPr>
        <w:t>Soweit in diesem Vertrag keine Regelung getroffen wurde, gelten die gesetzlichen Bestimmungen der Bundesrepublik Deutschland. Streitigkeiten werden vor dem zuständigen Gericht beigelegt.</w:t>
      </w:r>
    </w:p>
    <w:p/>
    <w:p/>
    <w:p>
      <w:r>
        <w:rPr>
          <w:b w:val="0"/>
          <w:sz w:val="20"/>
        </w:rPr>
        <w:t>Ort, Datum : 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VERKÄUFER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KÄUFER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https://vorlagenfy.com/kaufvertrag-nutztiere-muster/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https://vorlagenfy.com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vorlagenfy.com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vorlagenfy.com/kaufvertrag-nutztiere-muster/" TargetMode="External"/><Relationship Id="rId10" Type="http://schemas.openxmlformats.org/officeDocument/2006/relationships/hyperlink" Target="https://vorlagenf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