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INTERNE MITTEILUNG</w:t>
      </w:r>
    </w:p>
    <w:p/>
    <w:p>
      <w:r>
        <w:rPr>
          <w:b/>
          <w:sz w:val="20"/>
        </w:rPr>
        <w:t>Von :</w:t>
      </w:r>
    </w:p>
    <w:p>
      <w:r>
        <w:rPr>
          <w:b w:val="0"/>
          <w:sz w:val="20"/>
        </w:rPr>
        <w:t>_____________________________________________________</w:t>
      </w:r>
    </w:p>
    <w:p>
      <w:r>
        <w:rPr>
          <w:b/>
          <w:sz w:val="20"/>
        </w:rPr>
        <w:t>An :</w:t>
      </w:r>
    </w:p>
    <w:p>
      <w:r>
        <w:rPr>
          <w:b w:val="0"/>
          <w:sz w:val="20"/>
        </w:rPr>
        <w:t>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_____________________________________________________</w:t>
      </w:r>
    </w:p>
    <w:p/>
    <w:p>
      <w:r>
        <w:rPr>
          <w:b/>
          <w:sz w:val="20"/>
        </w:rPr>
        <w:t>Mitteilung :</w:t>
      </w:r>
    </w:p>
    <w:p>
      <w:r>
        <w:rPr>
          <w:b w:val="0"/>
          <w:sz w:val="20"/>
        </w:rPr>
        <w:t>_____________________________________________________</w:t>
      </w:r>
    </w:p>
    <w:p>
      <w:r>
        <w:rPr>
          <w:b w:val="0"/>
          <w:sz w:val="20"/>
        </w:rPr>
        <w:t>_____________________________________________________</w:t>
      </w:r>
    </w:p>
    <w:p>
      <w:r>
        <w:rPr>
          <w:b w:val="0"/>
          <w:sz w:val="20"/>
        </w:rPr>
        <w:t>_____________________________________________________</w:t>
      </w:r>
    </w:p>
    <w:p>
      <w:r>
        <w:rPr>
          <w:b w:val="0"/>
          <w:sz w:val="20"/>
        </w:rPr>
        <w:t>_____________________________________________________</w:t>
      </w:r>
    </w:p>
    <w:p>
      <w:r>
        <w:rPr>
          <w:b w:val="0"/>
          <w:sz w:val="20"/>
        </w:rPr>
        <w:t>_____________________________________________________</w:t>
      </w:r>
    </w:p>
    <w:p>
      <w:r>
        <w:rPr>
          <w:b w:val="0"/>
          <w:sz w:val="20"/>
        </w:rPr>
        <w:t>_____________________________________________________</w:t>
      </w:r>
    </w:p>
    <w:p>
      <w:r>
        <w:rPr>
          <w:b w:val="0"/>
          <w:sz w:val="20"/>
        </w:rPr>
        <w:t>_____________________________________________________</w:t>
      </w:r>
    </w:p>
    <w:p>
      <w:r>
        <w:rPr>
          <w:b w:val="0"/>
          <w:sz w:val="20"/>
        </w:rPr>
        <w:t>_____________________________________________________</w:t>
      </w:r>
    </w:p>
    <w:p/>
    <w:p>
      <w:r>
        <w:rPr>
          <w:b/>
          <w:sz w:val="20"/>
        </w:rPr>
        <w:t>Wichtige Hinweise :</w:t>
      </w:r>
    </w:p>
    <w:p>
      <w:r>
        <w:rPr>
          <w:b w:val="0"/>
          <w:sz w:val="20"/>
        </w:rPr>
        <w:t>Bitte beachten Sie, dass diese Mitteilung streng vertraulich ist und ausschließlich für interne Zwecke bestimmt ist.</w:t>
      </w:r>
    </w:p>
    <w:p>
      <w:r>
        <w:rPr>
          <w:b w:val="0"/>
          <w:sz w:val="20"/>
        </w:rPr>
        <w:t>Die Weitergabe an Dritte ist untersagt.</w:t>
      </w:r>
    </w:p>
    <w:p>
      <w:r>
        <w:rPr>
          <w:b w:val="0"/>
          <w:sz w:val="20"/>
        </w:rPr>
        <w:t>Bei Rückfragen wenden Sie sich bitte an den Absender der Mitteilung.</w:t>
      </w:r>
    </w:p>
    <w:p/>
    <w:p>
      <w:r>
        <w:rPr>
          <w:b/>
          <w:sz w:val="20"/>
        </w:rPr>
        <w:t>Unterschrift :</w:t>
      </w:r>
    </w:p>
    <w:p>
      <w:r>
        <w:rPr>
          <w:b w:val="0"/>
          <w:sz w:val="20"/>
        </w:rPr>
        <w:t>_____________________________________________________</w:t>
      </w:r>
    </w:p>
    <w:p/>
    <w:p>
      <w:r>
        <w:rPr>
          <w:b/>
          <w:sz w:val="20"/>
        </w:rPr>
        <w:t>Name (in Druckbuchstaben) :</w:t>
      </w:r>
    </w:p>
    <w:p>
      <w:r>
        <w:rPr>
          <w:b w:val="0"/>
          <w:sz w:val="20"/>
        </w:rPr>
        <w:t>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https://vorlagenfy.com/interne-mitteilung-vorlage/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interne-mitteilun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