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INKASSOVOLLMACHT</w:t>
      </w:r>
    </w:p>
    <w:p/>
    <w:p>
      <w:r>
        <w:rPr>
          <w:b/>
          <w:sz w:val="20"/>
        </w:rPr>
        <w:t>Vollmachtgeber :</w:t>
      </w:r>
    </w:p>
    <w:p>
      <w:r>
        <w:rPr>
          <w:b w:val="0"/>
          <w:sz w:val="20"/>
        </w:rPr>
        <w:t>Name : ______________________________________________________________</w:t>
      </w:r>
    </w:p>
    <w:p>
      <w:r>
        <w:rPr>
          <w:b w:val="0"/>
          <w:sz w:val="20"/>
        </w:rPr>
        <w:t>Anschrift : __________________________________________________________</w:t>
      </w:r>
    </w:p>
    <w:p>
      <w:r>
        <w:rPr>
          <w:b w:val="0"/>
          <w:sz w:val="20"/>
        </w:rPr>
        <w:t>Telefonnummer : ______________________________________________________</w:t>
      </w:r>
    </w:p>
    <w:p>
      <w:r>
        <w:rPr>
          <w:b w:val="0"/>
          <w:sz w:val="20"/>
        </w:rPr>
        <w:t>E-Mail : _____________________________________________________________</w:t>
      </w:r>
    </w:p>
    <w:p/>
    <w:p>
      <w:r>
        <w:rPr>
          <w:b/>
          <w:sz w:val="20"/>
        </w:rPr>
        <w:t>Bevollmächtigter (Inkassounternehmen / Rechtsanwalt) :</w:t>
      </w:r>
    </w:p>
    <w:p>
      <w:r>
        <w:rPr>
          <w:b w:val="0"/>
          <w:sz w:val="20"/>
        </w:rPr>
        <w:t>Name / Firma : ______________________________________________________</w:t>
      </w:r>
    </w:p>
    <w:p>
      <w:r>
        <w:rPr>
          <w:b w:val="0"/>
          <w:sz w:val="20"/>
        </w:rPr>
        <w:t>Anschrift : __________________________________________________________</w:t>
      </w:r>
    </w:p>
    <w:p>
      <w:r>
        <w:rPr>
          <w:b w:val="0"/>
          <w:sz w:val="20"/>
        </w:rPr>
        <w:t>Telefonnummer : ______________________________________________________</w:t>
      </w:r>
    </w:p>
    <w:p>
      <w:r>
        <w:rPr>
          <w:b w:val="0"/>
          <w:sz w:val="20"/>
        </w:rPr>
        <w:t>E-Mail : _____________________________________________________________</w:t>
      </w:r>
    </w:p>
    <w:p/>
    <w:p>
      <w:r>
        <w:rPr>
          <w:b/>
          <w:sz w:val="20"/>
        </w:rPr>
        <w:t>Vollmacht :</w:t>
      </w:r>
    </w:p>
    <w:p>
      <w:r>
        <w:rPr>
          <w:b w:val="0"/>
          <w:sz w:val="20"/>
        </w:rPr>
        <w:t>Hiermit bevollmächtige ich den oben genannten Bevollmächtigten, sämtliche notwendigen Maßnahmen zur Einziehung meiner Forderungen gegenüber Dritten vorzunehmen. Dies umfasst insbesondere die Forderungsbetreibung, Inkassomaßnahmen und, falls erforderlich, die Einleitung gerichtlicher Schritte.</w:t>
      </w:r>
    </w:p>
    <w:p/>
    <w:p>
      <w:r>
        <w:rPr>
          <w:b w:val="0"/>
          <w:sz w:val="20"/>
        </w:rPr>
        <w:t>Der Bevollmächtigte ist berechtigt, Untervollmachten zu erteilen und Vergleiche abzuschließen.</w:t>
      </w:r>
    </w:p>
    <w:p/>
    <w:p>
      <w:r>
        <w:rPr>
          <w:b/>
          <w:sz w:val="20"/>
        </w:rPr>
        <w:t>Diese Vollmacht gilt ausschließlich für die im Folgenden genannten Forderungen:</w:t>
      </w:r>
    </w:p>
    <w:p>
      <w:r>
        <w:rPr>
          <w:b w:val="0"/>
          <w:sz w:val="20"/>
        </w:rPr>
        <w:t>Forderungsgegenstand : ________________________________________________</w:t>
      </w:r>
    </w:p>
    <w:p>
      <w:r>
        <w:rPr>
          <w:b w:val="0"/>
          <w:sz w:val="20"/>
        </w:rPr>
        <w:t>Forderungsbetrag : ___________________________________________________ EUR</w:t>
      </w:r>
    </w:p>
    <w:p>
      <w:r>
        <w:rPr>
          <w:b w:val="0"/>
          <w:sz w:val="20"/>
        </w:rPr>
        <w:t>Vertrags- oder Rechnungsnummer : _____________________________________</w:t>
      </w:r>
    </w:p>
    <w:p/>
    <w:p>
      <w:r>
        <w:rPr>
          <w:b/>
          <w:sz w:val="20"/>
        </w:rPr>
        <w:t>Haftungsausschluss und Datenschutz :</w:t>
      </w:r>
    </w:p>
    <w:p>
      <w:r>
        <w:rPr>
          <w:b w:val="0"/>
          <w:sz w:val="20"/>
        </w:rPr>
        <w:t>Der Vollmachtgeber verpflichtet sich, alle für die Bearbeitung der Forderungen notwendigen Informationen vollständig und wahrheitsgemäß zu erteilen. Der Bevollmächtigte verpflichtet sich zur Einhaltung der datenschutzrechtlichen Bestimmungen und zur vertraulichen Behandlung der erhaltenen Daten.</w:t>
      </w:r>
    </w:p>
    <w:p/>
    <w:p>
      <w:r>
        <w:rPr>
          <w:b/>
          <w:sz w:val="20"/>
        </w:rPr>
        <w:t>Widerruf der Vollmacht :</w:t>
      </w:r>
    </w:p>
    <w:p>
      <w:r>
        <w:rPr>
          <w:b w:val="0"/>
          <w:sz w:val="20"/>
        </w:rPr>
        <w:t>Diese Vollmacht kann jederzeit schriftlich widerrufen werden. Der Widerruf wird mit Zugang beim Bevollmächtigten wirksam.</w:t>
      </w:r>
    </w:p>
    <w:p/>
    <w:p>
      <w:r>
        <w:rPr>
          <w:b/>
          <w:sz w:val="20"/>
        </w:rPr>
        <w:t>Schlussbestimmungen :</w:t>
      </w:r>
    </w:p>
    <w:p>
      <w:r>
        <w:rPr>
          <w:b w:val="0"/>
          <w:sz w:val="20"/>
        </w:rPr>
        <w:t>Für alle Streitigkeiten aus oder im Zusammenhang mit dieser Vollmacht gilt deutsches Recht. Gerichtsstand ist der Sitz des Bevollmächtigten, sofern gesetzlich zulässig.</w:t>
      </w:r>
    </w:p>
    <w:p/>
    <w:p/>
    <w:p>
      <w:r>
        <w:rPr>
          <w:b w:val="0"/>
          <w:sz w:val="20"/>
        </w:rPr>
        <w:t>Ort : ________________________________________________________________</w:t>
      </w:r>
    </w:p>
    <w:p>
      <w:r>
        <w:rPr>
          <w:b w:val="0"/>
          <w:sz w:val="20"/>
        </w:rPr>
        <w:t>Datum :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https://vorlagenfy.com/inkassovollmacht-muster/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https://vorlagenfy.com</w:t>
        </w:r>
      </w:hyperlink>
    </w:p>
    <w:p>
      <w:pPr>
        <w:jc w:val="center"/>
      </w:pPr>
      <w:r>
        <w:rPr>
          <w:color w:val="808080"/>
          <w:sz w:val="20"/>
        </w:rPr>
        <w:t>Diese Vorlage ist ausschließlich für den persönlichen, nicht kommerziellen Gebrauch bestimmt.</w:t>
        <w:br/>
        <w:t>Bei Weitergabe oder Veröffentlichung ist die Nennung der Quelle verpflichtend. © vorlagenfy.com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orlagenfy.com/inkassovollmacht-muster/" TargetMode="External"/><Relationship Id="rId10" Type="http://schemas.openxmlformats.org/officeDocument/2006/relationships/hyperlink" Target="https://vorlagenf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