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HOGWARTS BRIEF – ZULASSUNG ZUR ZAUBERSCHULE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Haus des Zaubereiministeriums</w:t>
      </w:r>
    </w:p>
    <w:p>
      <w:r>
        <w:rPr>
          <w:b w:val="0"/>
          <w:sz w:val="20"/>
        </w:rPr>
        <w:t>Abteilung für Magische Schulangelegenheiten</w:t>
      </w:r>
    </w:p>
    <w:p/>
    <w:p>
      <w:r>
        <w:rPr>
          <w:b/>
          <w:sz w:val="20"/>
        </w:rPr>
        <w:t>Empfänger :</w:t>
      </w:r>
    </w:p>
    <w:p>
      <w:r>
        <w:rPr>
          <w:b w:val="0"/>
          <w:sz w:val="20"/>
        </w:rPr>
        <w:t>__________________________________</w:t>
      </w:r>
    </w:p>
    <w:p>
      <w:r>
        <w:rPr>
          <w:b w:val="0"/>
          <w:sz w:val="20"/>
        </w:rPr>
        <w:t>__________________________________</w:t>
      </w:r>
    </w:p>
    <w:p>
      <w:r>
        <w:rPr>
          <w:b w:val="0"/>
          <w:sz w:val="20"/>
        </w:rPr>
        <w:t>__________________________________</w:t>
      </w:r>
    </w:p>
    <w:p/>
    <w:p>
      <w:r>
        <w:rPr>
          <w:b/>
          <w:sz w:val="20"/>
        </w:rPr>
        <w:t>Sehr geehrte(r) Schüler/in,</w:t>
      </w:r>
    </w:p>
    <w:p/>
    <w:p>
      <w:r>
        <w:rPr>
          <w:b w:val="0"/>
          <w:sz w:val="20"/>
        </w:rPr>
        <w:t>wir freuen uns, Ihnen mitzuteilen, dass Sie zur Aufnahme an der Hogwarts-Schule für Hexerei und Zauberei zugelassen wurden. Wir heißen Sie herzlich willkommen und hoffen, Ihnen eine lehrreiche und magische Zeit zu ermöglichen.</w:t>
      </w:r>
    </w:p>
    <w:p/>
    <w:p>
      <w:r>
        <w:rPr>
          <w:b/>
          <w:sz w:val="20"/>
        </w:rPr>
        <w:t>Aufnahmebedingungen :</w:t>
      </w:r>
    </w:p>
    <w:p>
      <w:r>
        <w:rPr>
          <w:b w:val="0"/>
          <w:sz w:val="20"/>
        </w:rPr>
        <w:t>1. Sie verpflichten sich, die Schulordnung der Hogwarts-Schule zu beachten und einzuhalten.</w:t>
      </w:r>
    </w:p>
    <w:p>
      <w:r>
        <w:rPr>
          <w:b w:val="0"/>
          <w:sz w:val="20"/>
        </w:rPr>
        <w:t>2. Der Schulbesuch umfasst die Dauer von sieben Schuljahren; ein vorzeitiger Abbruch bedarf der Zustimmung der Schulleitung.</w:t>
      </w:r>
    </w:p>
    <w:p>
      <w:r>
        <w:rPr>
          <w:b w:val="0"/>
          <w:sz w:val="20"/>
        </w:rPr>
        <w:t>3. Die magische Grundausstattung erhalten Sie im Schulbedarfsladen in der Winkelgasse.</w:t>
      </w:r>
    </w:p>
    <w:p>
      <w:r>
        <w:rPr>
          <w:b w:val="0"/>
          <w:sz w:val="20"/>
        </w:rPr>
        <w:t>4. Bei Verstößen gegen die Schulordnung können disziplinarische Maßnahmen bis hin zum Schulausschluss erfolgen.</w:t>
      </w:r>
    </w:p>
    <w:p/>
    <w:p>
      <w:r>
        <w:rPr>
          <w:b/>
          <w:sz w:val="20"/>
        </w:rPr>
        <w:t>Persönliche Angaben :</w:t>
      </w:r>
    </w:p>
    <w:p>
      <w:r>
        <w:rPr>
          <w:b w:val="0"/>
          <w:sz w:val="20"/>
        </w:rPr>
        <w:t>Name : ________________________________________________</w:t>
      </w:r>
    </w:p>
    <w:p>
      <w:r>
        <w:rPr>
          <w:b w:val="0"/>
          <w:sz w:val="20"/>
        </w:rPr>
        <w:t>Geburtsort : ___________________________________________</w:t>
      </w:r>
    </w:p>
    <w:p>
      <w:r>
        <w:rPr>
          <w:b w:val="0"/>
          <w:sz w:val="20"/>
        </w:rPr>
        <w:t>Magische Begabung : ____________________________________</w:t>
      </w:r>
    </w:p>
    <w:p/>
    <w:p>
      <w:r>
        <w:rPr>
          <w:b/>
          <w:sz w:val="20"/>
        </w:rPr>
        <w:t>Schuljahr und Klassenstufe :</w:t>
      </w:r>
    </w:p>
    <w:p>
      <w:r>
        <w:rPr>
          <w:b w:val="0"/>
          <w:sz w:val="20"/>
        </w:rPr>
        <w:t>Erstes Schuljahr zum Zeitpunkt der Aufnahme</w:t>
      </w:r>
    </w:p>
    <w:p/>
    <w:p>
      <w:r>
        <w:rPr>
          <w:b/>
          <w:sz w:val="20"/>
        </w:rPr>
        <w:t>Haftung und Rechtsverhältnis :</w:t>
      </w:r>
    </w:p>
    <w:p>
      <w:r>
        <w:rPr>
          <w:b w:val="0"/>
          <w:sz w:val="20"/>
        </w:rPr>
        <w:t>Die Schule übernimmt keinerlei Haftung für Schäden, die durch magische oder nicht-magische Vorfälle während des Schulbesuchs entstehen, soweit diese nicht auf grober Fahrlässigkeit oder Vorsatz beruhen. Das Vertragsverhältnis unterliegt deutschem Recht.</w:t>
      </w:r>
    </w:p>
    <w:p/>
    <w:p>
      <w:r>
        <w:rPr>
          <w:b/>
          <w:sz w:val="20"/>
        </w:rPr>
        <w:t>Sonstige Hinweise :</w:t>
      </w:r>
    </w:p>
    <w:p>
      <w:r>
        <w:rPr>
          <w:b w:val="0"/>
          <w:sz w:val="20"/>
        </w:rPr>
        <w:t>Die Aufnahme an der Hogwarts-Schule erfolgt vorbehaltlich der Vorlage eines gültigen Zauberstabpasses und der Erfüllung aller erforderlichen gesundheitlichen Voraussetzungen.</w:t>
      </w:r>
    </w:p>
    <w:p/>
    <w:p/>
    <w:p>
      <w:r>
        <w:rPr>
          <w:b w:val="0"/>
          <w:sz w:val="20"/>
        </w:rPr>
        <w:t>Ort : ____________________________    Unterschrift der Schulleitung : 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SCHÜLER/IN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SCHULLEITUNG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https://vorlagenfy.com/hogwarts-brief-deutsch/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hogwarts-brief-deutsch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