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GESCHÄFTLICHE EINLADUNG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laden wir Sie herzlich zu unserer geschäftlichen Veranstaltung ein. Wir freuen uns auf Ihr Kommen und einen erfolgreichen Austausch.</w:t>
      </w:r>
    </w:p>
    <w:p/>
    <w:p>
      <w:r>
        <w:rPr>
          <w:b/>
          <w:sz w:val="20"/>
        </w:rPr>
        <w:t>Veranstaltungsdetails:</w:t>
      </w:r>
    </w:p>
    <w:p>
      <w:r>
        <w:rPr>
          <w:b w:val="0"/>
          <w:sz w:val="20"/>
        </w:rPr>
        <w:t>Veranstaltungsort : _________________________________________________</w:t>
      </w:r>
    </w:p>
    <w:p>
      <w:r>
        <w:rPr>
          <w:b w:val="0"/>
          <w:sz w:val="20"/>
        </w:rPr>
        <w:t>Adresse : __________________________________________________________</w:t>
      </w:r>
    </w:p>
    <w:p>
      <w:r>
        <w:rPr>
          <w:b w:val="0"/>
          <w:sz w:val="20"/>
        </w:rPr>
        <w:t>Datum : ____________________________________________</w:t>
      </w:r>
    </w:p>
    <w:p>
      <w:r>
        <w:rPr>
          <w:b w:val="0"/>
          <w:sz w:val="20"/>
        </w:rPr>
        <w:t>Uhrzeit : ___________________________________________</w:t>
      </w:r>
    </w:p>
    <w:p/>
    <w:p>
      <w:r>
        <w:rPr>
          <w:b/>
          <w:sz w:val="20"/>
        </w:rPr>
        <w:t>Programm:</w:t>
      </w:r>
    </w:p>
    <w:p>
      <w:r>
        <w:rPr>
          <w:b w:val="0"/>
          <w:sz w:val="20"/>
        </w:rPr>
        <w:t>• Begrüßung und Einführung</w:t>
      </w:r>
    </w:p>
    <w:p>
      <w:r>
        <w:rPr>
          <w:b w:val="0"/>
          <w:sz w:val="20"/>
        </w:rPr>
        <w:t>• Vorstellung neuer Geschäftsmöglichkeiten</w:t>
      </w:r>
    </w:p>
    <w:p>
      <w:r>
        <w:rPr>
          <w:b w:val="0"/>
          <w:sz w:val="20"/>
        </w:rPr>
        <w:t>• Networking und Gespräche</w:t>
      </w:r>
    </w:p>
    <w:p>
      <w:r>
        <w:rPr>
          <w:b w:val="0"/>
          <w:sz w:val="20"/>
        </w:rPr>
        <w:t>• Abschluss und Ausblick</w:t>
      </w:r>
    </w:p>
    <w:p/>
    <w:p>
      <w:r>
        <w:rPr>
          <w:b w:val="0"/>
          <w:sz w:val="20"/>
        </w:rPr>
        <w:t>Bitte bestätigen Sie Ihre Teilnahme bis spätestens _______________.</w:t>
      </w:r>
    </w:p>
    <w:p>
      <w:r>
        <w:rPr>
          <w:b w:val="0"/>
          <w:sz w:val="20"/>
        </w:rPr>
        <w:t>Bei Rückfragen stehen wir Ihnen jederzeit gerne zur Verfügung.</w:t>
      </w:r>
    </w:p>
    <w:p/>
    <w:p>
      <w:r>
        <w:rPr>
          <w:b/>
          <w:sz w:val="20"/>
        </w:rPr>
        <w:t>Kontakt: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</w:t>
      </w:r>
    </w:p>
    <w:p/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Einladender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Teilnehmer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https://vorlagenfy.com/geschaftliche-einladung-vorlage/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geschaftliche-einladung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