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TERMINATION NOTICE</w:t>
      </w:r>
    </w:p>
    <w:p/>
    <w:p>
      <w:r>
        <w:rPr>
          <w:b/>
          <w:sz w:val="20"/>
        </w:rPr>
        <w:t>Sender Details:</w:t>
      </w:r>
    </w:p>
    <w:p>
      <w:r>
        <w:rPr>
          <w:b w:val="0"/>
          <w:sz w:val="20"/>
        </w:rPr>
        <w:t>Full Name : _________________________________________________</w:t>
      </w:r>
    </w:p>
    <w:p>
      <w:r>
        <w:rPr>
          <w:b w:val="0"/>
          <w:sz w:val="20"/>
        </w:rPr>
        <w:t>Address : ____________________________________________________</w:t>
      </w:r>
    </w:p>
    <w:p>
      <w:r>
        <w:rPr>
          <w:b w:val="0"/>
          <w:sz w:val="20"/>
        </w:rPr>
        <w:t>Phone Number : _______________________________________________</w:t>
      </w:r>
    </w:p>
    <w:p>
      <w:r>
        <w:rPr>
          <w:b w:val="0"/>
          <w:sz w:val="20"/>
        </w:rPr>
        <w:t>Email : ______________________________________________________</w:t>
      </w:r>
    </w:p>
    <w:p/>
    <w:p>
      <w:r>
        <w:rPr>
          <w:b/>
          <w:sz w:val="20"/>
        </w:rPr>
        <w:t>Recipient Details:</w:t>
      </w:r>
    </w:p>
    <w:p>
      <w:r>
        <w:rPr>
          <w:b w:val="0"/>
          <w:sz w:val="20"/>
        </w:rPr>
        <w:t>Company/Full Name : ___________________________________________</w:t>
      </w:r>
    </w:p>
    <w:p>
      <w:r>
        <w:rPr>
          <w:b w:val="0"/>
          <w:sz w:val="20"/>
        </w:rPr>
        <w:t>Address : ____________________________________________________</w:t>
      </w:r>
    </w:p>
    <w:p>
      <w:r>
        <w:rPr>
          <w:b w:val="0"/>
          <w:sz w:val="20"/>
        </w:rPr>
        <w:t>Phone Number : _______________________________________________</w:t>
      </w:r>
    </w:p>
    <w:p>
      <w:r>
        <w:rPr>
          <w:b w:val="0"/>
          <w:sz w:val="20"/>
        </w:rPr>
        <w:t>Email : ______________________________________________________</w:t>
      </w:r>
    </w:p>
    <w:p/>
    <w:p>
      <w:r>
        <w:rPr>
          <w:b/>
          <w:sz w:val="20"/>
        </w:rPr>
        <w:t>Subject: Termination of Contract</w:t>
      </w:r>
    </w:p>
    <w:p/>
    <w:p>
      <w:r>
        <w:rPr>
          <w:b w:val="0"/>
          <w:sz w:val="20"/>
        </w:rPr>
        <w:t>Dear Sir or Madam,</w:t>
      </w:r>
    </w:p>
    <w:p/>
    <w:p>
      <w:r>
        <w:rPr>
          <w:b w:val="0"/>
          <w:sz w:val="20"/>
        </w:rPr>
        <w:t>I hereby give notice of termination of the contract concluded between us. This termination is made in accordance with the agreed contractual terms and the provisions of German law.</w:t>
      </w:r>
    </w:p>
    <w:p/>
    <w:p>
      <w:r>
        <w:rPr>
          <w:b w:val="0"/>
          <w:sz w:val="20"/>
        </w:rPr>
        <w:t>Please consider this letter as the formal termination notice, effective immediately or upon expiration of the agreed notice period as specified in our contract.</w:t>
      </w:r>
    </w:p>
    <w:p/>
    <w:p>
      <w:r>
        <w:rPr>
          <w:b w:val="0"/>
          <w:sz w:val="20"/>
        </w:rPr>
        <w:t>I request a written confirmation of the receipt of this termination notice and the effective termination date.</w:t>
      </w:r>
    </w:p>
    <w:p/>
    <w:p>
      <w:r>
        <w:rPr>
          <w:b w:val="0"/>
          <w:sz w:val="20"/>
        </w:rPr>
        <w:t>Please arrange for the settlement of any outstanding obligations and the return of any property or documents related to the contract.</w:t>
      </w:r>
    </w:p>
    <w:p/>
    <w:p>
      <w:r>
        <w:rPr>
          <w:b w:val="0"/>
          <w:sz w:val="20"/>
        </w:rPr>
        <w:t>Thank you for your cooperation.</w:t>
      </w:r>
    </w:p>
    <w:p/>
    <w:p/>
    <w:p>
      <w:r>
        <w:rPr>
          <w:b w:val="0"/>
          <w:sz w:val="20"/>
        </w:rPr>
        <w:t>Place : ____________________________    Date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https://vorlagenfy.com/fristgerechte-kundigung-englisch-vorlage/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ristgerechte-kundigung-englisch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