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FORMLOSES SCHREIBEN ZUR SCHLÜSSELÜBERGABE ARBEITGEBER</w:t>
      </w:r>
    </w:p>
    <w:p/>
    <w:p>
      <w:r>
        <w:rPr>
          <w:b/>
          <w:sz w:val="20"/>
        </w:rPr>
        <w:t>An: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/>
    <w:p/>
    <w:p>
      <w:r>
        <w:rPr>
          <w:b/>
          <w:sz w:val="20"/>
        </w:rPr>
        <w:t>Betreff: Schlüsselübergabe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bestätige ich die Übergabe der mir anvertrauten Schlüssel, die im Zusammenhang mit meiner Beschäftigung bei der Firma ___________________________ stehen.</w:t>
      </w:r>
    </w:p>
    <w:p/>
    <w:p>
      <w:r>
        <w:rPr>
          <w:b/>
          <w:sz w:val="20"/>
        </w:rPr>
        <w:t>Im Einzelnen wurden mir folgende Schlüssel übergeben:</w:t>
      </w:r>
    </w:p>
    <w:p>
      <w:r>
        <w:rPr>
          <w:b w:val="0"/>
          <w:sz w:val="20"/>
        </w:rPr>
        <w:t>- Schlüssel zu den Geschäftsräumen</w:t>
      </w:r>
    </w:p>
    <w:p>
      <w:r>
        <w:rPr>
          <w:b w:val="0"/>
          <w:sz w:val="20"/>
        </w:rPr>
        <w:t>- Schlüssel zu den Büros</w:t>
      </w:r>
    </w:p>
    <w:p>
      <w:r>
        <w:rPr>
          <w:b w:val="0"/>
          <w:sz w:val="20"/>
        </w:rPr>
        <w:t>- Schlüssel zu den Lagerräumen</w:t>
      </w:r>
    </w:p>
    <w:p>
      <w:r>
        <w:rPr>
          <w:b w:val="0"/>
          <w:sz w:val="20"/>
        </w:rPr>
        <w:t>- Weitere Schlüssel (bitte angeben): ______________________________</w:t>
      </w:r>
    </w:p>
    <w:p/>
    <w:p>
      <w:r>
        <w:rPr>
          <w:b w:val="0"/>
          <w:sz w:val="20"/>
        </w:rPr>
        <w:t>Ich verpflichte mich, die Schlüssel sorgfältig aufzubewahren und ausschließlich für dienstliche Zwecke zu verwenden. Bei Beendigung meines Arbeitsverhältnisses werde ich die Schlüssel unverzüglich an den Arbeitgeber zurückgeben.</w:t>
      </w:r>
    </w:p>
    <w:p/>
    <w:p>
      <w:r>
        <w:rPr>
          <w:b w:val="0"/>
          <w:sz w:val="20"/>
        </w:rPr>
        <w:t>Sollte ein Schlüssel verloren gehen oder beschädigt werden, informiere ich unverzüglich den Arbeitgeber und trage gegebenenfalls die daraus entstehenden Kosten.</w:t>
      </w:r>
    </w:p>
    <w:p/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https://vorlagenfy.com/formloses-schreiben-schlusselubergabe-arbeitgeber/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formloses-schreiben-schlusselubergabe-arbeitgeb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