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MIETVERTRAG STELLPLATZ</w:t>
      </w:r>
    </w:p>
    <w:p/>
    <w:p>
      <w:r>
        <w:rPr>
          <w:b/>
          <w:sz w:val="20"/>
        </w:rPr>
        <w:t>Zwischen</w:t>
      </w:r>
    </w:p>
    <w:p>
      <w:r>
        <w:rPr>
          <w:b/>
          <w:sz w:val="20"/>
        </w:rPr>
        <w:t>Vermieter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pPr>
        <w:jc w:val="center"/>
      </w:pPr>
      <w:r>
        <w:rPr>
          <w:b w:val="0"/>
          <w:sz w:val="20"/>
        </w:rPr>
        <w:t>und</w:t>
      </w:r>
    </w:p>
    <w:p/>
    <w:p>
      <w:r>
        <w:rPr>
          <w:b/>
          <w:sz w:val="20"/>
        </w:rPr>
        <w:t>Mieter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Mietgegenstand :</w:t>
      </w:r>
    </w:p>
    <w:p>
      <w:r>
        <w:rPr>
          <w:b w:val="0"/>
          <w:sz w:val="20"/>
        </w:rPr>
        <w:t>Der Vermieter vermietet an den Mieter den Stellplatz mit folgender Bezeichnung/Nummer : ________________</w:t>
      </w:r>
    </w:p>
    <w:p>
      <w:r>
        <w:rPr>
          <w:b w:val="0"/>
          <w:sz w:val="20"/>
        </w:rPr>
        <w:t>Adresse des Stellplatzes : __________________________________________</w:t>
      </w:r>
    </w:p>
    <w:p/>
    <w:p>
      <w:r>
        <w:rPr>
          <w:b/>
          <w:sz w:val="20"/>
        </w:rPr>
        <w:t>Mietdauer :</w:t>
      </w:r>
    </w:p>
    <w:p>
      <w:r>
        <w:rPr>
          <w:b w:val="0"/>
          <w:sz w:val="20"/>
        </w:rPr>
        <w:t>Der Mietvertrag beginnt mit der Unterzeichnung und läuft auf unbestimmte Zeit. Der Vertrag kann von beiden Parteien mit einer Frist von einem Monat zum Monatsende gekündigt werden.</w:t>
      </w:r>
    </w:p>
    <w:p/>
    <w:p>
      <w:r>
        <w:rPr>
          <w:b/>
          <w:sz w:val="20"/>
        </w:rPr>
        <w:t>Mietzins und Zahlungsbedingungen :</w:t>
      </w:r>
    </w:p>
    <w:p>
      <w:r>
        <w:rPr>
          <w:b w:val="0"/>
          <w:sz w:val="20"/>
        </w:rPr>
        <w:t>Die monatliche Miete beträgt : _________________ EUR</w:t>
      </w:r>
    </w:p>
    <w:p>
      <w:r>
        <w:rPr>
          <w:b w:val="0"/>
          <w:sz w:val="20"/>
        </w:rPr>
        <w:t>Die Miete ist jeweils zum dritten Werktag eines Monats im Voraus auf folgendes Konto zu zahlen :</w:t>
      </w:r>
    </w:p>
    <w:p>
      <w:r>
        <w:rPr>
          <w:b w:val="0"/>
          <w:sz w:val="20"/>
        </w:rPr>
        <w:t>Kontoinhaber : ____________________________________________________</w:t>
      </w:r>
    </w:p>
    <w:p>
      <w:r>
        <w:rPr>
          <w:b w:val="0"/>
          <w:sz w:val="20"/>
        </w:rPr>
        <w:t>IBAN : 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</w:t>
      </w:r>
    </w:p>
    <w:p/>
    <w:p>
      <w:r>
        <w:rPr>
          <w:b/>
          <w:sz w:val="20"/>
        </w:rPr>
        <w:t>Nutzung und Pflichten :</w:t>
      </w:r>
    </w:p>
    <w:p>
      <w:r>
        <w:rPr>
          <w:b w:val="0"/>
          <w:sz w:val="20"/>
        </w:rPr>
        <w:t>Der Stellplatz darf ausschließlich zum Abstellen von Fahrzeugen genutzt werden. Eine Untervermietung oder sonstige Überlassung an Dritte ist nicht gestattet.</w:t>
      </w:r>
    </w:p>
    <w:p>
      <w:r>
        <w:rPr>
          <w:b w:val="0"/>
          <w:sz w:val="20"/>
        </w:rPr>
        <w:t>Der Mieter verpflichtet sich, den Stellplatz pfleglich zu behandeln und keine Schäden zu verursachen. Schäden sind dem Vermieter unverzüglich schriftlich mitzuteilen.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Der Vermieter haftet nicht für Schäden an Fahrzeugen oder sonstigem Eigentum des Mieters auf dem Stellplatz, außer bei Vorsatz oder grober Fahrlässigkeit.</w:t>
      </w:r>
    </w:p>
    <w:p/>
    <w:p>
      <w:r>
        <w:rPr>
          <w:b/>
          <w:sz w:val="20"/>
        </w:rPr>
        <w:t>Kündigung :</w:t>
      </w:r>
    </w:p>
    <w:p>
      <w:r>
        <w:rPr>
          <w:b w:val="0"/>
          <w:sz w:val="20"/>
        </w:rPr>
        <w:t>Das Mietverhältnis kann von beiden Parteien mit einer Frist von einem Monat zum Monatsende schriftlich gekündigt werden.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so bleibt die Wirksamkeit der übrigen Bestimmungen unberührt.</w:t>
      </w:r>
    </w:p>
    <w:p>
      <w:r>
        <w:rPr>
          <w:b w:val="0"/>
          <w:sz w:val="20"/>
        </w:rPr>
        <w:t>Gerichtsstand ist der Wohnort des Vermieters, sofern gesetzlich zulässig.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https://vorlagenfy.com/formloser-mietvertrag-stellplatz/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ormloser-mietvertrag-stellplatz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