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FORMLOSER ANTRAG</w:t>
      </w:r>
    </w:p>
    <w:p>
      <w:pPr>
        <w:jc w:val="center"/>
      </w:pPr>
      <w:r>
        <w:rPr>
          <w:b/>
          <w:sz w:val="20"/>
        </w:rPr>
        <w:t>KLEINGARTENVEREIN</w:t>
      </w:r>
    </w:p>
    <w:p/>
    <w:p/>
    <w:p>
      <w:r>
        <w:rPr>
          <w:b/>
          <w:sz w:val="20"/>
        </w:rPr>
        <w:t>Angaben zum Antragsteller:</w:t>
      </w:r>
    </w:p>
    <w:p>
      <w:r>
        <w:rPr>
          <w:b w:val="0"/>
          <w:sz w:val="20"/>
        </w:rPr>
        <w:t>Vor- und Nachname: ________________________________________________</w:t>
      </w:r>
    </w:p>
    <w:p>
      <w:r>
        <w:rPr>
          <w:b w:val="0"/>
          <w:sz w:val="20"/>
        </w:rPr>
        <w:t>Anschrift: _________________________________________________________</w:t>
      </w:r>
    </w:p>
    <w:p>
      <w:r>
        <w:rPr>
          <w:b w:val="0"/>
          <w:sz w:val="20"/>
        </w:rPr>
        <w:t>Telefonnummer: _____________________________________________________</w:t>
      </w:r>
    </w:p>
    <w:p>
      <w:r>
        <w:rPr>
          <w:b w:val="0"/>
          <w:sz w:val="20"/>
        </w:rPr>
        <w:t>E-Mail-Adresse: ____________________________________________________</w:t>
      </w:r>
    </w:p>
    <w:p/>
    <w:p>
      <w:r>
        <w:rPr>
          <w:b/>
          <w:sz w:val="20"/>
        </w:rPr>
        <w:t>Angaben zum Kleingarten:</w:t>
      </w:r>
    </w:p>
    <w:p>
      <w:r>
        <w:rPr>
          <w:b w:val="0"/>
          <w:sz w:val="20"/>
        </w:rPr>
        <w:t>Garten-Nr.: _________________________________</w:t>
      </w:r>
    </w:p>
    <w:p>
      <w:r>
        <w:rPr>
          <w:b w:val="0"/>
          <w:sz w:val="20"/>
        </w:rPr>
        <w:t>Lage des Gartens: _________________________________________________</w:t>
      </w:r>
    </w:p>
    <w:p>
      <w:r>
        <w:rPr>
          <w:b w:val="0"/>
          <w:sz w:val="20"/>
        </w:rPr>
        <w:t>Größe des Gartens: _________________________________________________</w:t>
      </w:r>
    </w:p>
    <w:p/>
    <w:p>
      <w:r>
        <w:rPr>
          <w:b/>
          <w:sz w:val="20"/>
        </w:rPr>
        <w:t>Hiermit beantrage ich: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/>
          <w:sz w:val="20"/>
        </w:rPr>
        <w:t>Hinweise:</w:t>
      </w:r>
    </w:p>
    <w:p>
      <w:r>
        <w:rPr>
          <w:b w:val="0"/>
          <w:sz w:val="20"/>
        </w:rPr>
        <w:t>Der Antrag wird entsprechend der Satzung des Kleingartenvereins geprüft und bearbeitet.</w:t>
      </w:r>
    </w:p>
    <w:p>
      <w:r>
        <w:rPr>
          <w:b w:val="0"/>
          <w:sz w:val="20"/>
        </w:rPr>
        <w:t>Bitte beachten Sie, dass unvollständige Anträge zu Verzögerungen führen können.</w:t>
      </w:r>
    </w:p>
    <w:p/>
    <w:p/>
    <w:p>
      <w:r>
        <w:rPr>
          <w:b w:val="0"/>
          <w:sz w:val="20"/>
        </w:rPr>
        <w:t>Ort: ____________________________        Unterschrift: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Vorstand Kleingartenverein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https://vorlagenfy.com/formloser-antrag-kleingartenverein/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formloser-antrag-kleingartenverein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