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 ABTRETUNGSERKLÄRUNG</w:t>
      </w:r>
    </w:p>
    <w:p/>
    <w:p>
      <w:r>
        <w:rPr>
          <w:b/>
          <w:sz w:val="20"/>
        </w:rPr>
        <w:t>Angaben des Abtretenden: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Personalausweis-Nr. (optional) : _______________________________________</w:t>
      </w:r>
    </w:p>
    <w:p/>
    <w:p>
      <w:r>
        <w:rPr>
          <w:b/>
          <w:sz w:val="20"/>
        </w:rPr>
        <w:t>Angaben des Abtretungsempfängers: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Personalausweis-Nr. (optional) : _______________________________________</w:t>
      </w:r>
    </w:p>
    <w:p/>
    <w:p>
      <w:r>
        <w:rPr>
          <w:b/>
          <w:sz w:val="20"/>
        </w:rPr>
        <w:t>Abtretungsgegenstand:</w:t>
      </w:r>
    </w:p>
    <w:p>
      <w:r>
        <w:rPr>
          <w:b w:val="0"/>
          <w:sz w:val="20"/>
        </w:rPr>
        <w:t>Hiermit erkläre ich, der Abtretende, dass ich alle meine Ansprüche und Rechte aus folgendem Vertrag/dem Rechtsverhältnis an den Abtretungsempfänger abtrete: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Abtretungserklärung:</w:t>
      </w:r>
    </w:p>
    <w:p>
      <w:r>
        <w:rPr>
          <w:b w:val="0"/>
          <w:sz w:val="20"/>
        </w:rPr>
        <w:t>Ich trete hiermit sämtliche Rechte und Forderungen aus dem oben genannten Rechtsverhältnis vollständig, unwiderruflich und formfrei an den Abtretungsempfänger ab.</w:t>
      </w:r>
    </w:p>
    <w:p>
      <w:r>
        <w:rPr>
          <w:b w:val="0"/>
          <w:sz w:val="20"/>
        </w:rPr>
        <w:t>Der Abtretungsempfänger ist ab sofort berechtigt, alle Rechte selbständig geltend zu machen.</w:t>
      </w:r>
    </w:p>
    <w:p/>
    <w:p>
      <w:r>
        <w:rPr>
          <w:b/>
          <w:sz w:val="20"/>
        </w:rPr>
        <w:t>Haftungsausschluss und Sonstiges:</w:t>
      </w:r>
    </w:p>
    <w:p>
      <w:r>
        <w:rPr>
          <w:b w:val="0"/>
          <w:sz w:val="20"/>
        </w:rPr>
        <w:t>Der Abtretende versichert, dass die abgetretenen Rechte frei von Rechten Dritter sind und er zur Abtretung berechtigt ist.</w:t>
      </w:r>
    </w:p>
    <w:p>
      <w:r>
        <w:rPr>
          <w:b w:val="0"/>
          <w:sz w:val="20"/>
        </w:rPr>
        <w:t>Weitere Vereinbarungen zwischen den Parteien erfolgen gesondert und schriftlich.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ABTRETENDER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ABTRETUNGSEMPFÄNGER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https://vorlagenfy.com/formlose-abtretungserklarung/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formlose-abtretungserklarun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