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FACHUNTERNEHMERERKLÄRUNG HEIZUNG</w:t>
      </w:r>
    </w:p>
    <w:p/>
    <w:p>
      <w:r>
        <w:rPr>
          <w:b/>
          <w:sz w:val="20"/>
        </w:rPr>
        <w:t>Auftraggeber :</w:t>
      </w:r>
    </w:p>
    <w:p>
      <w:r>
        <w:rPr>
          <w:b w:val="0"/>
          <w:sz w:val="20"/>
        </w:rPr>
        <w:t>Name / Firma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_________________________________________________________________</w:t>
      </w:r>
    </w:p>
    <w:p/>
    <w:p>
      <w:r>
        <w:rPr>
          <w:b/>
          <w:sz w:val="20"/>
        </w:rPr>
        <w:t>Auftragnehmer (Fachunternehmen) :</w:t>
      </w:r>
    </w:p>
    <w:p>
      <w:r>
        <w:rPr>
          <w:b w:val="0"/>
          <w:sz w:val="20"/>
        </w:rPr>
        <w:t>Firma : _________________________________________________________________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_________________________________________________________________</w:t>
      </w:r>
    </w:p>
    <w:p>
      <w:r>
        <w:rPr>
          <w:b w:val="0"/>
          <w:sz w:val="20"/>
        </w:rPr>
        <w:t>Handwerkskammer / Zulassungsnummer : ______________________________________</w:t>
      </w:r>
    </w:p>
    <w:p/>
    <w:p>
      <w:r>
        <w:rPr>
          <w:b/>
          <w:sz w:val="20"/>
        </w:rPr>
        <w:t>Leistungsbeschreibung :</w:t>
      </w:r>
    </w:p>
    <w:p>
      <w:r>
        <w:rPr>
          <w:b w:val="0"/>
          <w:sz w:val="20"/>
        </w:rPr>
        <w:t>Durchgeführte Arbeiten im Bereich Heizung gemäß den anerkannten Regeln der Technik:</w:t>
      </w:r>
    </w:p>
    <w:p>
      <w:r>
        <w:rPr>
          <w:b w:val="0"/>
          <w:sz w:val="20"/>
        </w:rPr>
        <w:t>- Installation, Wartung und Instandsetzung von Heizungsanlagen</w:t>
      </w:r>
    </w:p>
    <w:p>
      <w:r>
        <w:rPr>
          <w:b w:val="0"/>
          <w:sz w:val="20"/>
        </w:rPr>
        <w:t>- Prüfung und Dokumentation der sicherheitstechnischen Einrichtungen</w:t>
      </w:r>
    </w:p>
    <w:p>
      <w:r>
        <w:rPr>
          <w:b w:val="0"/>
          <w:sz w:val="20"/>
        </w:rPr>
        <w:t>- Einhaltung der einschlägigen Vorschriften und Normen (z.B. EN, DIN)</w:t>
      </w:r>
    </w:p>
    <w:p>
      <w:r>
        <w:rPr>
          <w:b w:val="0"/>
          <w:sz w:val="20"/>
        </w:rPr>
        <w:t>- Verwendete Materialien und Geräte entsprechen den gesetzlichen Vorgaben</w:t>
      </w:r>
    </w:p>
    <w:p/>
    <w:p>
      <w:r>
        <w:rPr>
          <w:b w:val="0"/>
          <w:sz w:val="20"/>
        </w:rPr>
        <w:t>Hiermit bestätigt das Fachunternehmen, dass die ausgeführten Arbeiten fachgerecht,</w:t>
      </w:r>
    </w:p>
    <w:p>
      <w:r>
        <w:rPr>
          <w:b w:val="0"/>
          <w:sz w:val="20"/>
        </w:rPr>
        <w:t>ordnungsgemäß und entsprechend den geltenden technischen und rechtlichen Vorschriften durchgeführt wurden.</w:t>
      </w:r>
    </w:p>
    <w:p>
      <w:r>
        <w:rPr>
          <w:b w:val="0"/>
          <w:sz w:val="20"/>
        </w:rPr>
        <w:t>Eine Gewährleistung für die erbrachten Leistungen wird übernommen.</w:t>
      </w:r>
    </w:p>
    <w:p/>
    <w:p>
      <w:r>
        <w:rPr>
          <w:b w:val="0"/>
          <w:sz w:val="20"/>
        </w:rPr>
        <w:t>Der Auftraggeber wird darauf hingewiesen, dass für den bestimmungsgemäßen Betrieb und die Wartung der Heizungsanlage</w:t>
      </w:r>
    </w:p>
    <w:p>
      <w:r>
        <w:rPr>
          <w:b w:val="0"/>
          <w:sz w:val="20"/>
        </w:rPr>
        <w:t>eine regelmäßige Kontrolle sowie Einhaltung der Wartungsintervalle erforderlich sind.</w:t>
      </w:r>
    </w:p>
    <w:p/>
    <w:p/>
    <w:p>
      <w:r>
        <w:rPr>
          <w:b w:val="0"/>
          <w:sz w:val="20"/>
        </w:rPr>
        <w:t>Ort : ________________________________________</w:t>
      </w:r>
    </w:p>
    <w:p>
      <w:r>
        <w:rPr>
          <w:b w:val="0"/>
          <w:sz w:val="20"/>
        </w:rPr>
        <w:t>Datum 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AUFTRAGNEHMER (FACHUNTERNEHMEN)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https://vorlagenfy.com/fachunternehmererklarung-heizung-vorlage/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fachunternehmererklarung-heizung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