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KÜNDIGUNGSFORMULAR FÜR ENERGIELIEFERVERTRAG</w:t>
      </w:r>
    </w:p>
    <w:p/>
    <w:p>
      <w:r>
        <w:rPr>
          <w:b w:val="0"/>
          <w:sz w:val="20"/>
        </w:rPr>
        <w:t>Kundennummer : ________________________________________________</w:t>
      </w:r>
    </w:p>
    <w:p>
      <w:r>
        <w:rPr>
          <w:b w:val="0"/>
          <w:sz w:val="20"/>
        </w:rPr>
        <w:t>Vertragsnummer : _______________________________________________</w:t>
      </w:r>
    </w:p>
    <w:p/>
    <w:p>
      <w:r>
        <w:rPr>
          <w:b/>
          <w:sz w:val="20"/>
        </w:rPr>
        <w:t>Kundendaten :</w:t>
      </w:r>
    </w:p>
    <w:p>
      <w:r>
        <w:rPr>
          <w:b w:val="0"/>
          <w:sz w:val="20"/>
        </w:rPr>
        <w:t>Vor- und Nachname / Firma : __________________________________________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Anbieter / Energieversorger :</w:t>
      </w:r>
    </w:p>
    <w:p>
      <w:r>
        <w:rPr>
          <w:b w:val="0"/>
          <w:sz w:val="20"/>
        </w:rPr>
        <w:t>Name / Firma : ______________________________________________________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</w:t>
      </w:r>
    </w:p>
    <w:p/>
    <w:p>
      <w:r>
        <w:rPr>
          <w:b/>
          <w:sz w:val="20"/>
        </w:rPr>
        <w:t>Hiermit kündige ich meinen Energiesliefervertrag fristgerecht und ordentlich zum nächstmöglichen Zeitpunkt.</w:t>
      </w:r>
    </w:p>
    <w:p/>
    <w:p>
      <w:r>
        <w:rPr>
          <w:b w:val="0"/>
          <w:sz w:val="20"/>
        </w:rPr>
        <w:t>Bitte bestätigen Sie mir schriftlich den Erhalt dieser Kündigung sowie das Vertragsende.</w:t>
      </w:r>
    </w:p>
    <w:p/>
    <w:p>
      <w:r>
        <w:rPr>
          <w:b w:val="0"/>
          <w:sz w:val="20"/>
        </w:rPr>
        <w:t>Ich bitte darum, meine personenbezogenen Daten gemäß den geltenden Datenschutzbestimmungen nach Vertragsende zu löschen.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WEITERE ANGABEN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ANMERKUNGEN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Möchten Sie einen Nachfolgevertrag?</w:t>
              <w:br/>
              <w:t>□ Ja    □ Nein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https://vorlagenfy.com/ewe-kundigungsformular/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we-kundigungsformula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