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ESSENSBON</w:t>
      </w:r>
    </w:p>
    <w:p/>
    <w:p/>
    <w:p>
      <w:r>
        <w:rPr>
          <w:b w:val="0"/>
          <w:sz w:val="20"/>
        </w:rPr>
        <w:t>Bon-Nummer : ______________________________________</w:t>
      </w:r>
    </w:p>
    <w:p>
      <w:r>
        <w:rPr>
          <w:b w:val="0"/>
          <w:sz w:val="20"/>
        </w:rPr>
        <w:t>Kundennummer : ___________________________________</w:t>
      </w:r>
    </w:p>
    <w:p>
      <w:r>
        <w:rPr>
          <w:b w:val="0"/>
          <w:sz w:val="20"/>
        </w:rPr>
        <w:t>Bestellnummer : __________________________________</w:t>
      </w:r>
    </w:p>
    <w:p>
      <w:r>
        <w:rPr>
          <w:b w:val="0"/>
          <w:sz w:val="20"/>
        </w:rPr>
        <w:t>Mitarbeiter : _____________________________________</w:t>
      </w:r>
    </w:p>
    <w:p/>
    <w:p>
      <w:r>
        <w:rPr>
          <w:b/>
          <w:sz w:val="20"/>
        </w:rPr>
        <w:t>Restaurant / Imbiss :</w:t>
      </w:r>
    </w:p>
    <w:p>
      <w:r>
        <w:rPr>
          <w:b w:val="0"/>
          <w:sz w:val="20"/>
        </w:rPr>
        <w:t>Name : __________________________________________</w:t>
      </w:r>
    </w:p>
    <w:p>
      <w:r>
        <w:rPr>
          <w:b w:val="0"/>
          <w:sz w:val="20"/>
        </w:rPr>
        <w:t>Anschrift : ______________________________________</w:t>
      </w:r>
    </w:p>
    <w:p>
      <w:r>
        <w:rPr>
          <w:b w:val="0"/>
          <w:sz w:val="20"/>
        </w:rPr>
        <w:t>Telefon : ________________________________________</w:t>
      </w:r>
    </w:p>
    <w:p/>
    <w:p>
      <w:r>
        <w:rPr>
          <w:b/>
          <w:sz w:val="20"/>
        </w:rPr>
        <w:t>Kundenangaben :</w:t>
      </w:r>
    </w:p>
    <w:p>
      <w:r>
        <w:rPr>
          <w:b w:val="0"/>
          <w:sz w:val="20"/>
        </w:rPr>
        <w:t>Vor- und Nachname : ______________________________</w:t>
      </w:r>
    </w:p>
    <w:p>
      <w:r>
        <w:rPr>
          <w:b w:val="0"/>
          <w:sz w:val="20"/>
        </w:rPr>
        <w:t>Adresse : ________________________________________</w:t>
      </w:r>
    </w:p>
    <w:p>
      <w:r>
        <w:rPr>
          <w:b w:val="0"/>
          <w:sz w:val="20"/>
        </w:rPr>
        <w:t>Telefonnummer : ___________________________________</w:t>
      </w:r>
    </w:p>
    <w:p/>
    <w:p>
      <w:r>
        <w:rPr>
          <w:b/>
          <w:sz w:val="20"/>
        </w:rPr>
        <w:t>Bestellte Speisen und Getränke 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t>Anzahl</w:t>
            </w:r>
          </w:p>
        </w:tc>
        <w:tc>
          <w:tcPr>
            <w:tcW w:type="dxa" w:w="2493"/>
          </w:tcPr>
          <w:p>
            <w:r>
              <w:t>Bezeichnung</w:t>
            </w:r>
          </w:p>
        </w:tc>
        <w:tc>
          <w:tcPr>
            <w:tcW w:type="dxa" w:w="2493"/>
          </w:tcPr>
          <w:p>
            <w:r>
              <w:t>Einzelpreis (EUR)</w:t>
            </w:r>
          </w:p>
        </w:tc>
        <w:tc>
          <w:tcPr>
            <w:tcW w:type="dxa" w:w="2493"/>
          </w:tcPr>
          <w:p>
            <w:r>
              <w:t>Gesamtpreis (EUR)</w:t>
            </w:r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</w:tbl>
    <w:p/>
    <w:p>
      <w:r>
        <w:rPr>
          <w:b/>
          <w:sz w:val="20"/>
        </w:rPr>
        <w:t>Zahlungsart :</w:t>
      </w:r>
    </w:p>
    <w:p>
      <w:r>
        <w:rPr>
          <w:b w:val="0"/>
          <w:sz w:val="20"/>
        </w:rPr>
        <w:t>Barzahlung ☐    EC-Karte ☐    Kreditkarte ☐    Sonstige: _______________________</w:t>
      </w:r>
    </w:p>
    <w:p/>
    <w:p>
      <w:r>
        <w:rPr>
          <w:b/>
          <w:sz w:val="20"/>
        </w:rPr>
        <w:t>Gesamtbetrag (EUR) : ______________________________</w:t>
      </w:r>
    </w:p>
    <w:p/>
    <w:p/>
    <w:p>
      <w:r>
        <w:rPr>
          <w:b/>
          <w:sz w:val="20"/>
        </w:rPr>
        <w:t>Hinweise:</w:t>
      </w:r>
    </w:p>
    <w:p>
      <w:r>
        <w:rPr>
          <w:b w:val="0"/>
          <w:sz w:val="20"/>
        </w:rPr>
        <w:t>Dieser Essensbon dient als Nachweis für die Inanspruchnahme von Speisen und Getränken.</w:t>
      </w:r>
    </w:p>
    <w:p>
      <w:r>
        <w:rPr>
          <w:b w:val="0"/>
          <w:sz w:val="20"/>
        </w:rPr>
        <w:t>Eine Rückerstattung nach Ausstellung des Bons ist ausgeschlossen.</w:t>
      </w:r>
    </w:p>
    <w:p>
      <w:r>
        <w:rPr>
          <w:b w:val="0"/>
          <w:sz w:val="20"/>
        </w:rPr>
        <w:t>Der Bon ist nicht übertragbar und nur gültig in Verbindung mit dem Kaufbeleg.</w:t>
      </w:r>
    </w:p>
    <w:p/>
    <w:p/>
    <w:p>
      <w:r>
        <w:rPr>
          <w:b w:val="0"/>
          <w:sz w:val="20"/>
        </w:rPr>
        <w:t>Unterschrift Kunde : 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Restaurant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Kunde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https://vorlagenfy.com/essensbon-vorlage/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essensbon-vorlage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