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ERSATZVORNAHME</w:t>
      </w:r>
    </w:p>
    <w:p/>
    <w:p>
      <w:r>
        <w:rPr>
          <w:b/>
          <w:sz w:val="20"/>
        </w:rPr>
        <w:t>An:</w:t>
      </w:r>
    </w:p>
    <w:p>
      <w:r>
        <w:rPr>
          <w:b w:val="0"/>
          <w:sz w:val="20"/>
        </w:rPr>
        <w:t>_____________________________</w:t>
      </w:r>
    </w:p>
    <w:p>
      <w:r>
        <w:rPr>
          <w:b w:val="0"/>
          <w:sz w:val="20"/>
        </w:rPr>
        <w:t>_____________________________</w:t>
      </w:r>
    </w:p>
    <w:p>
      <w:r>
        <w:rPr>
          <w:b w:val="0"/>
          <w:sz w:val="20"/>
        </w:rPr>
        <w:t>_____________________________</w:t>
      </w:r>
    </w:p>
    <w:p/>
    <w:p/>
    <w:p>
      <w:r>
        <w:rPr>
          <w:b/>
          <w:sz w:val="20"/>
        </w:rPr>
        <w:t>Betreff: Ersatzvornahme gemäß VOB/B</w:t>
      </w:r>
    </w:p>
    <w:p/>
    <w:p/>
    <w:p>
      <w:r>
        <w:rPr>
          <w:b w:val="0"/>
          <w:sz w:val="20"/>
        </w:rPr>
        <w:t>Sehr geehrte Damen und Herren,</w:t>
      </w:r>
    </w:p>
    <w:p/>
    <w:p>
      <w:r>
        <w:rPr>
          <w:b w:val="0"/>
          <w:sz w:val="20"/>
        </w:rPr>
        <w:t>hiermit setze ich Sie darüber in Kenntnis, dass ich aufgrund der nicht ordnungsgemäßen Ausführung der vertraglich vereinbarten Leistung eine Ersatzvornahme gemäß § 8 Abs. 3 VOB/B durchführen werde. Trotz fristgerechter und schriftlicher Aufforderung zur Mängelbeseitigung wurde der Mangel nicht behoben oder die Nachbesserung nicht innerhalb der gesetzten angemessenen Frist vorgenommen.</w:t>
      </w:r>
    </w:p>
    <w:p/>
    <w:p>
      <w:r>
        <w:rPr>
          <w:b/>
          <w:sz w:val="20"/>
        </w:rPr>
        <w:t>Vertragspartner:</w:t>
      </w:r>
    </w:p>
    <w:p>
      <w:r>
        <w:rPr>
          <w:b w:val="0"/>
          <w:sz w:val="20"/>
        </w:rPr>
        <w:t>Auftraggeber: ________________________________</w:t>
      </w:r>
    </w:p>
    <w:p>
      <w:r>
        <w:rPr>
          <w:b w:val="0"/>
          <w:sz w:val="20"/>
        </w:rPr>
        <w:t>Auftragnehmer: ________________________________</w:t>
      </w:r>
    </w:p>
    <w:p>
      <w:r>
        <w:rPr>
          <w:b w:val="0"/>
          <w:sz w:val="20"/>
        </w:rPr>
        <w:t>Vertragsgegenstand: __________________________</w:t>
      </w:r>
    </w:p>
    <w:p>
      <w:r>
        <w:rPr>
          <w:b w:val="0"/>
          <w:sz w:val="20"/>
        </w:rPr>
        <w:t>Mangelbeschreibung: ___________________________</w:t>
      </w:r>
    </w:p>
    <w:p/>
    <w:p>
      <w:r>
        <w:rPr>
          <w:b w:val="0"/>
          <w:sz w:val="20"/>
        </w:rPr>
        <w:t>Ich fordere Sie daher auf, unverzüglich die Ersatzvornahme selbst durchzuführen oder die notwendigen Maßnahmen zu veranlassen. Sollten Sie dieser Aufforderung nicht nachkommen, werde ich die Ersatzvornahme durch einen Dritten durchführen lassen und Ihnen die dadurch entstehenden Mehrkosten in Rechnung stellen.</w:t>
      </w:r>
    </w:p>
    <w:p/>
    <w:p>
      <w:r>
        <w:rPr>
          <w:b/>
          <w:sz w:val="20"/>
        </w:rPr>
        <w:t>Rechtliche Grundlage:</w:t>
      </w:r>
    </w:p>
    <w:p>
      <w:r>
        <w:rPr>
          <w:b w:val="0"/>
          <w:sz w:val="20"/>
        </w:rPr>
        <w:t>Gemäß § 8 Abs. 3 VOB/B ist der Auftraggeber berechtigt, nach erfolglosem Ablauf einer angemessenen Nachfrist die Mängelbeseitigung durch einen Dritten auf Kosten des Auftragnehmers durchzuführen.</w:t>
      </w:r>
    </w:p>
    <w:p/>
    <w:p>
      <w:r>
        <w:rPr>
          <w:b/>
          <w:sz w:val="20"/>
        </w:rPr>
        <w:t>Fristsetzung:</w:t>
      </w:r>
    </w:p>
    <w:p>
      <w:r>
        <w:rPr>
          <w:b w:val="0"/>
          <w:sz w:val="20"/>
        </w:rPr>
        <w:t>Bitte bestätigen Sie den Eingang dieses Schreibens und teilen Sie mir binnen __________________ Tagen mit, wie Sie weiter verfahren werden.</w:t>
      </w:r>
    </w:p>
    <w:p/>
    <w:p/>
    <w:p>
      <w:r>
        <w:rPr>
          <w:b w:val="0"/>
          <w:sz w:val="20"/>
        </w:rPr>
        <w:t>Mit freundlichen Grüßen,</w:t>
      </w:r>
    </w:p>
    <w:p/>
    <w:p/>
    <w:p/>
    <w:p/>
    <w:p>
      <w:pPr>
        <w:jc w:val="center"/>
      </w:pPr>
      <w:r>
        <w:rPr>
          <w:b w:val="0"/>
          <w:sz w:val="20"/>
        </w:rPr>
        <w:t>_____________________________</w:t>
      </w:r>
    </w:p>
    <w:p>
      <w:pPr>
        <w:jc w:val="center"/>
      </w:pPr>
      <w:r>
        <w:rPr>
          <w:b w:val="0"/>
          <w:sz w:val="20"/>
        </w:rPr>
        <w:t>Name und Unterschrift</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Auftraggeber</w:t>
            </w:r>
          </w:p>
        </w:tc>
        <w:tc>
          <w:tcPr>
            <w:tcW w:type="dxa" w:w="4986"/>
            <w:tcBorders>
              <w:top w:val="nil"/>
              <w:left w:val="nil"/>
              <w:bottom w:val="nil"/>
              <w:right w:val="nil"/>
              <w:insideH w:val="nil"/>
              <w:insideV w:val="nil"/>
            </w:tcBorders>
          </w:tcPr>
          <w:p>
            <w:pPr>
              <w:jc w:val="center"/>
            </w:pPr>
            <w:r>
              <w:t>Auftragnehmer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https://vorlagenfy.com/ersatzvornahme-(vob-musterbrief)/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ersatzvornahme-(vob-musterbrief)/"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