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ENTSORGUNGSNACHWEIS ÖLHEIZUNG</w:t>
      </w:r>
    </w:p>
    <w:p/>
    <w:p>
      <w:r>
        <w:rPr>
          <w:b/>
          <w:sz w:val="20"/>
        </w:rPr>
        <w:t>Auftraggeber / Eigentümer :</w:t>
      </w:r>
    </w:p>
    <w:p>
      <w:r>
        <w:rPr>
          <w:b w:val="0"/>
          <w:sz w:val="20"/>
        </w:rPr>
        <w:t>Name / Firma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Entsorgungsunternehmen :</w:t>
      </w:r>
    </w:p>
    <w:p>
      <w:r>
        <w:rPr>
          <w:b w:val="0"/>
          <w:sz w:val="20"/>
        </w:rPr>
        <w:t>Name / Firma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Angaben zur Heizungsanlage :</w:t>
      </w:r>
    </w:p>
    <w:p>
      <w:r>
        <w:rPr>
          <w:b w:val="0"/>
          <w:sz w:val="20"/>
        </w:rPr>
        <w:t>Hersteller / Typ : ______________________________________________________</w:t>
      </w:r>
    </w:p>
    <w:p>
      <w:r>
        <w:rPr>
          <w:b w:val="0"/>
          <w:sz w:val="20"/>
        </w:rPr>
        <w:t>Baujahr : _______________________________________________________________</w:t>
      </w:r>
    </w:p>
    <w:p>
      <w:r>
        <w:rPr>
          <w:b w:val="0"/>
          <w:sz w:val="20"/>
        </w:rPr>
        <w:t>Seriennummer : __________________________________________________________</w:t>
      </w:r>
    </w:p>
    <w:p>
      <w:r>
        <w:rPr>
          <w:b w:val="0"/>
          <w:sz w:val="20"/>
        </w:rPr>
        <w:t>Standort der Anlage : ____________________________________________________</w:t>
      </w:r>
    </w:p>
    <w:p/>
    <w:p>
      <w:r>
        <w:rPr>
          <w:b/>
          <w:sz w:val="20"/>
        </w:rPr>
        <w:t>Entsorgungsdetails :</w:t>
      </w:r>
    </w:p>
    <w:p>
      <w:r>
        <w:rPr>
          <w:b w:val="0"/>
          <w:sz w:val="20"/>
        </w:rPr>
        <w:t>Art der Entsorgung : ____________________________________________________</w:t>
      </w:r>
    </w:p>
    <w:p>
      <w:r>
        <w:rPr>
          <w:b w:val="0"/>
          <w:sz w:val="20"/>
        </w:rPr>
        <w:t>Menge / Volumen : _______________________________________________________</w:t>
      </w:r>
    </w:p>
    <w:p>
      <w:r>
        <w:rPr>
          <w:b w:val="0"/>
          <w:sz w:val="20"/>
        </w:rPr>
        <w:t>Entsorgungsart : _________________________________________________________</w:t>
      </w:r>
    </w:p>
    <w:p>
      <w:r>
        <w:rPr>
          <w:b w:val="0"/>
          <w:sz w:val="20"/>
        </w:rPr>
        <w:t>Verwertungs- oder Beseitigungsanlage : _________________________________</w:t>
      </w:r>
    </w:p>
    <w:p/>
    <w:p>
      <w:r>
        <w:rPr>
          <w:b/>
          <w:sz w:val="20"/>
        </w:rPr>
        <w:t>Rechtliche Hinweise :</w:t>
      </w:r>
    </w:p>
    <w:p>
      <w:r>
        <w:rPr>
          <w:b w:val="0"/>
          <w:sz w:val="20"/>
        </w:rPr>
        <w:t>Der Entsorgungsnachweis bestätigt die ordnungsgemäße Entsorgung der genannten Ölheizung gemäß den gesetzlichen Vorgaben des Kreislaufwirtschaftsgesetzes (KrWG) und der Verordnung über das Inverkehrbringen und die Rücknahme von Elektro- und Elektronikgeräten (ElektroG).</w:t>
      </w:r>
    </w:p>
    <w:p/>
    <w:p>
      <w:r>
        <w:rPr>
          <w:b w:val="0"/>
          <w:sz w:val="20"/>
        </w:rPr>
        <w:t>Der Entsorger bestätigt hiermit, dass die Heizungsanlage fachgerecht und umweltgerecht entsorgt wurde. Alle relevanten Nachweise und Dokumente liegen vor und können auf Anforderung eingesehen werden.</w:t>
      </w:r>
    </w:p>
    <w:p/>
    <w:p>
      <w:r>
        <w:rPr>
          <w:b w:val="0"/>
          <w:sz w:val="20"/>
        </w:rPr>
        <w:t>Mit der Unterzeichnung dieses Nachweises bestätigen beide Parteien die Richtigkeit der gemachten Angaben und die Einhaltung der gesetzlichen Vorschriften.</w:t>
      </w:r>
    </w:p>
    <w:p/>
    <w:p/>
    <w:p>
      <w:r>
        <w:rPr>
          <w:b w:val="0"/>
          <w:sz w:val="20"/>
        </w:rPr>
        <w:t>Ort : ____________________________________________________</w:t>
      </w:r>
    </w:p>
    <w:p>
      <w:r>
        <w:rPr>
          <w:b w:val="0"/>
          <w:sz w:val="20"/>
        </w:rPr>
        <w:t>Datum : 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 / Eigentümer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Entsorgungsunternehmen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https://vorlagenfy.com/entsorgungsnachweis-olheizung-vordruck/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entsorgungsnachweis-olheizung-vordruck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