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ELTERNGESPRÄCH</w:t>
      </w:r>
    </w:p>
    <w:p/>
    <w:p>
      <w:r>
        <w:rPr>
          <w:b w:val="0"/>
          <w:sz w:val="20"/>
        </w:rPr>
        <w:t>Dieses Protokoll dient der strukturierten Dokumentation des Elterngesprächs zwischen Lehrkraft und Erziehungsberechtigten.</w:t>
      </w:r>
    </w:p>
    <w:p/>
    <w:p/>
    <w:p>
      <w:r>
        <w:rPr>
          <w:b/>
          <w:sz w:val="20"/>
        </w:rPr>
        <w:t>Angaben zur Schule und Klasse:</w:t>
      </w:r>
    </w:p>
    <w:p>
      <w:r>
        <w:rPr>
          <w:b w:val="0"/>
          <w:sz w:val="20"/>
        </w:rPr>
        <w:t>Schule : _________________________________________________________</w:t>
      </w:r>
    </w:p>
    <w:p>
      <w:r>
        <w:rPr>
          <w:b w:val="0"/>
          <w:sz w:val="20"/>
        </w:rPr>
        <w:t>Klasse : __________________________________________________________</w:t>
      </w:r>
    </w:p>
    <w:p>
      <w:r>
        <w:rPr>
          <w:b w:val="0"/>
          <w:sz w:val="20"/>
        </w:rPr>
        <w:t>Lehrkraft : _______________________________________________________</w:t>
      </w:r>
    </w:p>
    <w:p/>
    <w:p>
      <w:r>
        <w:rPr>
          <w:b/>
          <w:sz w:val="20"/>
        </w:rPr>
        <w:t>Angaben zu den Erziehungsberechtigten: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Angaben zum Schüler / zur Schülerin:</w:t>
      </w:r>
    </w:p>
    <w:p>
      <w:r>
        <w:rPr>
          <w:b w:val="0"/>
          <w:sz w:val="20"/>
        </w:rPr>
        <w:t>Name, Vorname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Klasse : __________________________________________________________</w:t>
      </w:r>
    </w:p>
    <w:p/>
    <w:p>
      <w:r>
        <w:rPr>
          <w:b/>
          <w:sz w:val="20"/>
        </w:rPr>
        <w:t>Anlass des Gesprächs: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Gesprächsinhalte: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</w:t>
      </w:r>
    </w:p>
    <w:p/>
    <w:p>
      <w:r>
        <w:rPr>
          <w:b/>
          <w:sz w:val="20"/>
        </w:rPr>
        <w:t>Vereinbarungen: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</w:t>
      </w:r>
    </w:p>
    <w:p/>
    <w:p/>
    <w:p>
      <w:r>
        <w:rPr>
          <w:b/>
          <w:sz w:val="20"/>
        </w:rPr>
        <w:t>Weitere Hinweise und Bemerkungen: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LEHRKRAFT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https://vorlagenfy.com/elterngesprach-vorlage/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lterngesprach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