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EINVERSTÄNDNISERKLÄRUNG VERMieter KABELANSCHLUSS</w:t>
      </w:r>
    </w:p>
    <w:p/>
    <w:p>
      <w:r>
        <w:rPr>
          <w:b/>
          <w:sz w:val="20"/>
        </w:rPr>
        <w:t>Angaben des Vermieters:</w:t>
      </w:r>
    </w:p>
    <w:p>
      <w:r>
        <w:rPr>
          <w:b w:val="0"/>
          <w:sz w:val="20"/>
        </w:rPr>
        <w:t>Vor- und Nachname / Firma : ________________________________________________</w:t>
      </w:r>
    </w:p>
    <w:p>
      <w:r>
        <w:rPr>
          <w:b w:val="0"/>
          <w:sz w:val="20"/>
        </w:rPr>
        <w:t>Anschrift : _______________________________________________________________</w:t>
      </w:r>
    </w:p>
    <w:p>
      <w:r>
        <w:rPr>
          <w:b w:val="0"/>
          <w:sz w:val="20"/>
        </w:rPr>
        <w:t>Telefonnummer : ___________________________________________________________</w:t>
      </w:r>
    </w:p>
    <w:p>
      <w:r>
        <w:rPr>
          <w:b w:val="0"/>
          <w:sz w:val="20"/>
        </w:rPr>
        <w:t>E-Mail-Adresse : ___________________________________________________________</w:t>
      </w:r>
    </w:p>
    <w:p/>
    <w:p>
      <w:r>
        <w:rPr>
          <w:b/>
          <w:sz w:val="20"/>
        </w:rPr>
        <w:t>Angaben des Mieters:</w:t>
      </w:r>
    </w:p>
    <w:p>
      <w:r>
        <w:rPr>
          <w:b w:val="0"/>
          <w:sz w:val="20"/>
        </w:rPr>
        <w:t>Vor- und Nachname : ______________________________________________________</w:t>
      </w:r>
    </w:p>
    <w:p>
      <w:r>
        <w:rPr>
          <w:b w:val="0"/>
          <w:sz w:val="20"/>
        </w:rPr>
        <w:t>Anschrift der Mietwohnung : ________________________________________________</w:t>
      </w:r>
    </w:p>
    <w:p>
      <w:r>
        <w:rPr>
          <w:b w:val="0"/>
          <w:sz w:val="20"/>
        </w:rPr>
        <w:t>Telefonnummer : ___________________________________________________________</w:t>
      </w:r>
    </w:p>
    <w:p>
      <w:r>
        <w:rPr>
          <w:b w:val="0"/>
          <w:sz w:val="20"/>
        </w:rPr>
        <w:t>E-Mail-Adresse : ___________________________________________________________</w:t>
      </w:r>
    </w:p>
    <w:p/>
    <w:p>
      <w:r>
        <w:rPr>
          <w:b/>
          <w:sz w:val="20"/>
        </w:rPr>
        <w:t>Einverständniserklärung:</w:t>
      </w:r>
    </w:p>
    <w:p>
      <w:r>
        <w:rPr>
          <w:b w:val="0"/>
          <w:sz w:val="20"/>
        </w:rPr>
        <w:t>Hiermit erklärt der Vermieter sein Einverständnis, dass der Mieter in der oben genannten Mietwohnung einen Kabelanschluss installieren und nutzen darf. Der Vermieter bestätigt, dass er über die Durchführung der Installation informiert wurde und keine Einwände gegen die Montage und den Betrieb des Kabelanschlusses hat.</w:t>
      </w:r>
    </w:p>
    <w:p/>
    <w:p>
      <w:r>
        <w:rPr>
          <w:b w:val="0"/>
          <w:sz w:val="20"/>
        </w:rPr>
        <w:t>Der Mieter verpflichtet sich, die Installation fachgerecht durchführen zu lassen und Schäden, die durch die Installation oder Nutzung des Kabelanschlusses entstehen, dem Vermieter unverzüglich zu melden und zu beheben. Der Mieter trägt alle Kosten, die mit der Installation, Nutzung und eventuellen Reparaturen des Kabelanschlusses verbunden sind, sofern nicht anders schriftlich vereinbart.</w:t>
      </w:r>
    </w:p>
    <w:p/>
    <w:p>
      <w:r>
        <w:rPr>
          <w:b w:val="0"/>
          <w:sz w:val="20"/>
        </w:rPr>
        <w:t>Der Vermieter behält sich das Recht vor, bei Beendigung des Mietverhältnisses die Entfernung des Kabelanschlusses zu verlangen, sofern dadurch keine unverhältnismäßigen Kosten oder Schäden für den Mieter entstehen.</w:t>
      </w:r>
    </w:p>
    <w:p/>
    <w:p>
      <w:r>
        <w:rPr>
          <w:b/>
          <w:sz w:val="20"/>
        </w:rPr>
        <w:t>Schlussbestimmungen:</w:t>
      </w:r>
    </w:p>
    <w:p>
      <w:r>
        <w:rPr>
          <w:b w:val="0"/>
          <w:sz w:val="20"/>
        </w:rPr>
        <w:t>Diese Einverständniserklärung ist Bestandteil des Mietvertrages. Änderungen und Ergänzungen bedürfen der Schriftform. Sollte eine Bestimmung dieser Erklärung unwirksam sein, so berührt dies nicht die Wirksamkeit der übrigen Bestimmungen.</w:t>
      </w:r>
    </w:p>
    <w:p/>
    <w:p/>
    <w:p>
      <w:r>
        <w:rPr>
          <w:b w:val="0"/>
          <w:sz w:val="20"/>
        </w:rPr>
        <w:t>Ort : ______________________________________________________</w:t>
      </w:r>
    </w:p>
    <w:p>
      <w:r>
        <w:rPr>
          <w:b w:val="0"/>
          <w:sz w:val="20"/>
        </w:rPr>
        <w:t>Datum : 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VERMIETER</w:t>
            </w:r>
          </w:p>
        </w:tc>
        <w:tc>
          <w:tcPr>
            <w:tcW w:type="dxa" w:w="4986"/>
            <w:tcBorders>
              <w:top w:val="nil"/>
              <w:left w:val="nil"/>
              <w:bottom w:val="nil"/>
              <w:right w:val="nil"/>
              <w:insideH w:val="nil"/>
              <w:insideV w:val="nil"/>
            </w:tcBorders>
          </w:tcPr>
          <w:p>
            <w:pPr>
              <w:jc w:val="center"/>
            </w:pPr>
            <w:r>
              <w:t>MIETER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https://vorlagenfy.com/einverstandniserklarung-vermieter-kabelanschluss-muster/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einverstandniserklarung-vermieter-kabelanschluss-muste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