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FÜR DIE PFLEGE UND PRÜFUNG</w:t>
      </w:r>
    </w:p>
    <w:p/>
    <w:p>
      <w:r>
        <w:rPr>
          <w:b/>
          <w:sz w:val="20"/>
        </w:rPr>
        <w:t>Angaben zur betreuten Person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zur Pflegeperson bzw. Betreuungsperson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Ich/Wir, die unterzeichnende Person(en), erkläre(n) hiermit mein/unser Einverständnis, dass die oben genannte Pflegeperson berechtigt ist,</w:t>
      </w:r>
    </w:p>
    <w:p>
      <w:r>
        <w:rPr>
          <w:b/>
          <w:sz w:val="20"/>
        </w:rPr>
        <w:t>die nachfolgend beschriebenen Pflegemaßnahmen sowie Prüfungen an der betreuten Person durchzuführen.</w:t>
      </w:r>
    </w:p>
    <w:p/>
    <w:p>
      <w:r>
        <w:rPr>
          <w:b/>
          <w:sz w:val="20"/>
        </w:rPr>
        <w:t>Beschreibung der Pflegemaßnahmen und Prüfungen :</w:t>
      </w:r>
    </w:p>
    <w:p>
      <w:r>
        <w:rPr>
          <w:b w:val="0"/>
          <w:sz w:val="20"/>
        </w:rPr>
        <w:t>- Unterstützung bei der Körperpflege (Waschen, Ankleiden, etc.)</w:t>
      </w:r>
    </w:p>
    <w:p>
      <w:r>
        <w:rPr>
          <w:b w:val="0"/>
          <w:sz w:val="20"/>
        </w:rPr>
        <w:t>- Medikamentengabe nach Anweisung</w:t>
      </w:r>
    </w:p>
    <w:p>
      <w:r>
        <w:rPr>
          <w:b w:val="0"/>
          <w:sz w:val="20"/>
        </w:rPr>
        <w:t>- Überwachung von Vitalfunktionen</w:t>
      </w:r>
    </w:p>
    <w:p>
      <w:r>
        <w:rPr>
          <w:b w:val="0"/>
          <w:sz w:val="20"/>
        </w:rPr>
        <w:t>- Durchführung vereinbarter ärztlicher Anordnungen</w:t>
      </w:r>
    </w:p>
    <w:p>
      <w:r>
        <w:rPr>
          <w:b w:val="0"/>
          <w:sz w:val="20"/>
        </w:rPr>
        <w:t>- Sonstige Maßnahmen : ________________________________________________</w:t>
      </w:r>
    </w:p>
    <w:p/>
    <w:p>
      <w:r>
        <w:rPr>
          <w:b/>
          <w:sz w:val="20"/>
        </w:rPr>
        <w:t>§ 1 – Rechtliche Grundlage</w:t>
      </w:r>
    </w:p>
    <w:p>
      <w:r>
        <w:rPr>
          <w:b w:val="0"/>
          <w:sz w:val="20"/>
        </w:rPr>
        <w:t>Die Pflegeperson handelt im Rahmen der ihr erteilten Einwilligung und entspricht den geltenden gesetzlichen Bestimmungen des deutschen Pflege- und Betreuungsrechts.</w:t>
      </w:r>
    </w:p>
    <w:p/>
    <w:p>
      <w:r>
        <w:rPr>
          <w:b/>
          <w:sz w:val="20"/>
        </w:rPr>
        <w:t>§ 2 – Widerruf der Einwilligung</w:t>
      </w:r>
    </w:p>
    <w:p>
      <w:r>
        <w:rPr>
          <w:b w:val="0"/>
          <w:sz w:val="20"/>
        </w:rPr>
        <w:t>Das Einverständnis kann jederzeit ohne Angabe von Gründen schriftlich widerrufen werden. Ein Widerruf betrifft zukünftige Maßnahmen und entbindet nicht von der Verantwortung für bereits durchgeführte Pflegehandlungen.</w:t>
      </w:r>
    </w:p>
    <w:p/>
    <w:p>
      <w:r>
        <w:rPr>
          <w:b/>
          <w:sz w:val="20"/>
        </w:rPr>
        <w:t>§ 3 – Haftung</w:t>
      </w:r>
    </w:p>
    <w:p>
      <w:r>
        <w:rPr>
          <w:b w:val="0"/>
          <w:sz w:val="20"/>
        </w:rPr>
        <w:t>Die Pflegeperson haftet für vorsätzlich oder grob fahrlässig verursachte Schäden im Rahmen der Pflege. Für leichte Fahrlässigkeit wird keine Haftung übernommen.</w:t>
      </w:r>
    </w:p>
    <w:p/>
    <w:p>
      <w:r>
        <w:rPr>
          <w:b/>
          <w:sz w:val="20"/>
        </w:rPr>
        <w:t>§ 4 – Datenschutz</w:t>
      </w:r>
    </w:p>
    <w:p>
      <w:r>
        <w:rPr>
          <w:b w:val="0"/>
          <w:sz w:val="20"/>
        </w:rPr>
        <w:t>Die im Rahmen der Pflege erhobenen personenbezogenen Daten werden vertraulich behandelt und nur für die Pflege und Betreuung verwendet, sofern keine anderweitige Einwilligung vorliegt.</w:t>
      </w:r>
    </w:p>
    <w:p/>
    <w:p>
      <w:r>
        <w:rPr>
          <w:b/>
          <w:sz w:val="20"/>
        </w:rPr>
        <w:t>§ 5 – Sonstiges</w:t>
      </w:r>
    </w:p>
    <w:p>
      <w:r>
        <w:rPr>
          <w:b w:val="0"/>
          <w:sz w:val="20"/>
        </w:rPr>
        <w:t>Sollten einzelne Bestimmungen dieser Einverständniserklärung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    Unterschrift der betreuten Person bzw. gesetzl. Vertreter/in : ____________________________</w:t>
      </w:r>
    </w:p>
    <w:p/>
    <w:p/>
    <w:p>
      <w:r>
        <w:rPr>
          <w:b w:val="0"/>
          <w:sz w:val="20"/>
        </w:rPr>
        <w:t>Unterschrift der Pflegeperson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BETREUTE PERSON / gesetzl. Vertreter/in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https://vorlagenfy.com/einverstandniserklarung-pflege-prufung-vorlage/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inverstandniserklarung-pflege-pruf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