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EINVERSTÄNDNISERKLÄRUNG LASERTAG</w:t>
      </w:r>
    </w:p>
    <w:p/>
    <w:p>
      <w:r>
        <w:rPr>
          <w:b/>
          <w:sz w:val="20"/>
        </w:rPr>
        <w:t>Angaben zur teilnehmenden Person :</w:t>
      </w:r>
    </w:p>
    <w:p>
      <w:r>
        <w:rPr>
          <w:b w:val="0"/>
          <w:sz w:val="20"/>
        </w:rPr>
        <w:t>Vor- und Nachname : ___________________________________________________</w:t>
      </w:r>
    </w:p>
    <w:p>
      <w:r>
        <w:rPr>
          <w:b w:val="0"/>
          <w:sz w:val="20"/>
        </w:rPr>
        <w:t>Geburtsjahr : 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Hiermit erkläre ich, dass ich an der Veranstaltung Lasertag freiwillig und auf eigene Verantwortung teilnehme.</w:t>
      </w:r>
    </w:p>
    <w:p/>
    <w:p>
      <w:r>
        <w:rPr>
          <w:b w:val="0"/>
          <w:sz w:val="20"/>
        </w:rPr>
        <w:t>Ich bestätige, dass ich keine gesundheitlichen Einschränkungen habe, die mich an der Teilnahme hindern könnten, insbesondere keine Herz-Kreislauf-Erkrankungen, Epilepsie, Asthma oder andere relevante Beschwerden.</w:t>
      </w:r>
    </w:p>
    <w:p/>
    <w:p>
      <w:r>
        <w:rPr>
          <w:b w:val="0"/>
          <w:sz w:val="20"/>
        </w:rPr>
        <w:t>Mir sind die Regeln und Sicherheitsanweisungen des Veranstalters bekannt und ich verpflichte mich, diese einzuhalten. Ich nehme zur Kenntnis, dass bei Missachtung der Regeln eine sofortige Ausschließung von der Veranstaltung erfolgen kann.</w:t>
      </w:r>
    </w:p>
    <w:p/>
    <w:p>
      <w:r>
        <w:rPr>
          <w:b w:val="0"/>
          <w:sz w:val="20"/>
        </w:rPr>
        <w:t>Für Schäden, die durch mein Verhalten oder meine Nichtbeachtung der Sicherheitsregeln entstehen, übernehme ich die volle Haftung.</w:t>
      </w:r>
    </w:p>
    <w:p/>
    <w:p>
      <w:r>
        <w:rPr>
          <w:b w:val="0"/>
          <w:sz w:val="20"/>
        </w:rPr>
        <w:t>Die Nutzung der Lasertag-Anlage erfolgt auf eigenes Risiko. Der Veranstalter haftet nicht für Unfälle, Verletzungen oder Schäden, soweit diese nicht auf grober Fahrlässigkeit oder Vorsatz beruhen.</w:t>
      </w:r>
    </w:p>
    <w:p/>
    <w:p>
      <w:r>
        <w:rPr>
          <w:b w:val="0"/>
          <w:sz w:val="20"/>
        </w:rPr>
        <w:t>Ich versichere, dass ich das 18. Lebensjahr vollendet habe oder die Einverständniserklärung meines Erziehungsberechtigten vorliegt.</w:t>
      </w:r>
    </w:p>
    <w:p/>
    <w:p/>
    <w:p>
      <w:r>
        <w:rPr>
          <w:b w:val="0"/>
          <w:sz w:val="20"/>
        </w:rPr>
        <w:t>Ort : _________________________________________________________________</w:t>
      </w:r>
    </w:p>
    <w:p>
      <w:r>
        <w:rPr>
          <w:b w:val="0"/>
          <w:sz w:val="20"/>
        </w:rPr>
        <w:t>Datum :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TEILNEHMER</w:t>
            </w:r>
          </w:p>
        </w:tc>
        <w:tc>
          <w:tcPr>
            <w:tcW w:type="dxa" w:w="4986"/>
            <w:tcBorders>
              <w:top w:val="nil"/>
              <w:left w:val="nil"/>
              <w:bottom w:val="nil"/>
              <w:right w:val="nil"/>
              <w:insideH w:val="nil"/>
              <w:insideV w:val="nil"/>
            </w:tcBorders>
          </w:tcPr>
          <w:p>
            <w:pPr>
              <w:jc w:val="center"/>
            </w:pPr>
            <w:r>
              <w:t>VERANSTALTER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https://vorlagenfy.com/einverstandniserklarung-lasertag-vorlage/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einverstandniserklarung-lasertag-vorlag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