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EINVERSTÄNDNISERKLÄRUNG FÜR DIE KINDERTAGESSTÄTTE</w:t>
      </w:r>
    </w:p>
    <w:p/>
    <w:p>
      <w:r>
        <w:rPr>
          <w:b w:val="0"/>
          <w:sz w:val="20"/>
        </w:rPr>
        <w:t>Ort : ____________________________    Datum : ____________________________</w:t>
      </w:r>
    </w:p>
    <w:p/>
    <w:p>
      <w:r>
        <w:rPr>
          <w:b/>
          <w:sz w:val="20"/>
        </w:rPr>
        <w:t>Angaben zum Kind :</w:t>
      </w:r>
    </w:p>
    <w:p>
      <w:r>
        <w:rPr>
          <w:b w:val="0"/>
          <w:sz w:val="20"/>
        </w:rPr>
        <w:t>Vor- und Nachname : ___________________________________________________</w:t>
      </w:r>
    </w:p>
    <w:p>
      <w:r>
        <w:rPr>
          <w:b w:val="0"/>
          <w:sz w:val="20"/>
        </w:rPr>
        <w:t>Geburtsdatum : _______________________________________________________</w:t>
      </w:r>
    </w:p>
    <w:p>
      <w:r>
        <w:rPr>
          <w:b w:val="0"/>
          <w:sz w:val="20"/>
        </w:rPr>
        <w:t>Anschrift : ___________________________________________________________</w:t>
      </w:r>
    </w:p>
    <w:p/>
    <w:p>
      <w:r>
        <w:rPr>
          <w:b/>
          <w:sz w:val="20"/>
        </w:rPr>
        <w:t>Angaben zum Erziehungsberechtigten :</w:t>
      </w:r>
    </w:p>
    <w:p>
      <w:r>
        <w:rPr>
          <w:b w:val="0"/>
          <w:sz w:val="20"/>
        </w:rPr>
        <w:t>Vor- und Nachname : ___________________________________________________</w:t>
      </w:r>
    </w:p>
    <w:p>
      <w:r>
        <w:rPr>
          <w:b w:val="0"/>
          <w:sz w:val="20"/>
        </w:rPr>
        <w:t>Telefonnummer : ______________________________________________________</w:t>
      </w:r>
    </w:p>
    <w:p>
      <w:r>
        <w:rPr>
          <w:b w:val="0"/>
          <w:sz w:val="20"/>
        </w:rPr>
        <w:t>E-Mail-Adresse : ______________________________________________________</w:t>
      </w:r>
    </w:p>
    <w:p/>
    <w:p>
      <w:r>
        <w:rPr>
          <w:b w:val="0"/>
          <w:sz w:val="20"/>
        </w:rPr>
        <w:t>Hiermit erkläre ich, dass ich mit der Betreuung meines Kindes in der oben genannten Kindertagesstätte einverstanden bin. Ich bestätige, dass ich über die Betreuungszeiten, pädagogischen Angebote und die Regeln der Einrichtung informiert wurde und diese akzeptiere.</w:t>
      </w:r>
    </w:p>
    <w:p/>
    <w:p>
      <w:r>
        <w:rPr>
          <w:b/>
          <w:sz w:val="20"/>
        </w:rPr>
        <w:t>Ich erteile hiermit mein Einverständnis zu folgenden Punkten:</w:t>
      </w:r>
    </w:p>
    <w:p>
      <w:r>
        <w:rPr>
          <w:b w:val="0"/>
          <w:sz w:val="20"/>
        </w:rPr>
        <w:t>1. Die Teilnahme meines Kindes an Ausflügen und Exkursionen unter Aufsicht der Kindertagesstätte.</w:t>
      </w:r>
    </w:p>
    <w:p>
      <w:r>
        <w:rPr>
          <w:b w:val="0"/>
          <w:sz w:val="20"/>
        </w:rPr>
        <w:t>2. Die Veröffentlichung von Fotos oder Videos meines Kindes auf der Webseite und in Informationsmaterialien der Kindertagesstätte, sofern diese nicht personenbezogen sind.</w:t>
      </w:r>
    </w:p>
    <w:p>
      <w:r>
        <w:rPr>
          <w:b w:val="0"/>
          <w:sz w:val="20"/>
        </w:rPr>
        <w:t>3. Die Durchführung von Erste-Hilfe-Maßnahmen im Notfall durch qualifiziertes Personal.</w:t>
      </w:r>
    </w:p>
    <w:p>
      <w:r>
        <w:rPr>
          <w:b w:val="0"/>
          <w:sz w:val="20"/>
        </w:rPr>
        <w:t>4. Die Weitergabe notwendiger Daten meines Kindes an Dritte im Rahmen der Betreuung und gesetzlichen Vorgaben.</w:t>
      </w:r>
    </w:p>
    <w:p/>
    <w:p>
      <w:r>
        <w:rPr>
          <w:b w:val="0"/>
          <w:sz w:val="20"/>
        </w:rPr>
        <w:t>Mir ist bekannt, dass ich Änderungen dieser Einverständniserklärung jederzeit schriftlich widerrufen kann.</w:t>
      </w:r>
    </w:p>
    <w:p/>
    <w:p/>
    <w:p>
      <w:r>
        <w:rPr>
          <w:b w:val="0"/>
          <w:sz w:val="20"/>
        </w:rPr>
        <w:t>Ort, Datum :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ERZIEHUNGSBERECHTIGTER</w:t>
            </w:r>
          </w:p>
        </w:tc>
        <w:tc>
          <w:tcPr>
            <w:tcW w:type="dxa" w:w="4986"/>
            <w:tcBorders>
              <w:top w:val="nil"/>
              <w:left w:val="nil"/>
              <w:bottom w:val="nil"/>
              <w:right w:val="nil"/>
              <w:insideH w:val="nil"/>
              <w:insideV w:val="nil"/>
            </w:tcBorders>
          </w:tcPr>
          <w:p>
            <w:pPr>
              <w:jc w:val="center"/>
            </w:pPr>
            <w:r>
              <w:t>LEITUNG DER KINDERTAGESSTÄTTE</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https://vorlagenfy.com/einverstandniserklarung-kita-vorlage/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https://vorlagenfy.com</w:t>
        </w:r>
      </w:hyperlink>
    </w:p>
    <w:p>
      <w:pPr>
        <w:jc w:val="center"/>
      </w:pPr>
      <w:r>
        <w:rPr>
          <w:color w:val="808080"/>
          <w:sz w:val="20"/>
        </w:rPr>
        <w:t>Diese Vorlage ist ausschließlich für den persönlichen, nicht kommerziellen Gebrauch bestimmt.</w:t>
        <w:br/>
        <w:t>Bei Weitergabe oder Veröffentlichung ist die Nennung der Quelle verpflichtend. © vorlagenfy.com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rlagenfy.com/einverstandniserklarung-kita-vorlage/" TargetMode="External"/><Relationship Id="rId10" Type="http://schemas.openxmlformats.org/officeDocument/2006/relationships/hyperlink" Target="https://vorlagenf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