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EINLADUNG ZUR VISUMSBEANTRAGUNG</w:t>
      </w:r>
    </w:p>
    <w:p/>
    <w:p>
      <w:r>
        <w:rPr>
          <w:b/>
          <w:sz w:val="20"/>
        </w:rPr>
        <w:t>Einladender (Gastgeber) :</w:t>
      </w:r>
    </w:p>
    <w:p>
      <w:r>
        <w:rPr>
          <w:b w:val="0"/>
          <w:sz w:val="20"/>
        </w:rPr>
        <w:t>Vor- und Nachname : 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>
      <w:r>
        <w:rPr>
          <w:b w:val="0"/>
          <w:sz w:val="20"/>
        </w:rPr>
        <w:t>E-Mail-Adresse : _________________________________________________</w:t>
      </w:r>
    </w:p>
    <w:p/>
    <w:p>
      <w:r>
        <w:rPr>
          <w:b/>
          <w:sz w:val="20"/>
        </w:rPr>
        <w:t>Eingeladener (Gast) :</w:t>
      </w:r>
    </w:p>
    <w:p>
      <w:r>
        <w:rPr>
          <w:b w:val="0"/>
          <w:sz w:val="20"/>
        </w:rPr>
        <w:t>Vor- und Nachname : 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Staatsangehörigkeit : ___________________________________________</w:t>
      </w:r>
    </w:p>
    <w:p>
      <w:r>
        <w:rPr>
          <w:b w:val="0"/>
          <w:sz w:val="20"/>
        </w:rPr>
        <w:t>Reisepassnummer : _______________________________________________</w:t>
      </w:r>
    </w:p>
    <w:p>
      <w:r>
        <w:rPr>
          <w:b w:val="0"/>
          <w:sz w:val="20"/>
        </w:rPr>
        <w:t>Anschrift im Heimatland : ________________________________________</w:t>
      </w:r>
    </w:p>
    <w:p/>
    <w:p>
      <w:r>
        <w:rPr>
          <w:b/>
          <w:sz w:val="20"/>
        </w:rPr>
        <w:t>Reisezweck und Aufenthaltsdauer :</w:t>
      </w:r>
    </w:p>
    <w:p>
      <w:r>
        <w:rPr>
          <w:b w:val="0"/>
          <w:sz w:val="20"/>
        </w:rPr>
        <w:t>Der Eingeladene wird zu Besuchszwecken eingeladen. Der Aufenthalt ist geplant vom _______________ bis _______________.</w:t>
      </w:r>
    </w:p>
    <w:p/>
    <w:p>
      <w:r>
        <w:rPr>
          <w:b/>
          <w:sz w:val="20"/>
        </w:rPr>
        <w:t>Verpflichtungserklärung :</w:t>
      </w:r>
    </w:p>
    <w:p>
      <w:r>
        <w:rPr>
          <w:b w:val="0"/>
          <w:sz w:val="20"/>
        </w:rPr>
        <w:t>Ich, der Einladende, erkläre mich bereit, während des Aufenthaltes für Unterkunft, Verpflegung und alle entstehenden Kosten aufzukommen. Ich übernehme die Verantwortung, dass der Eingeladene Deutschland rechtzeitig verlässt.</w:t>
      </w:r>
    </w:p>
    <w:p/>
    <w:p>
      <w:r>
        <w:rPr>
          <w:b/>
          <w:sz w:val="20"/>
        </w:rPr>
        <w:t>Weitere Angaben :</w:t>
      </w:r>
    </w:p>
    <w:p>
      <w:r>
        <w:rPr>
          <w:b w:val="0"/>
          <w:sz w:val="20"/>
        </w:rPr>
        <w:t>Es liegen keine Einwände gegen den Aufenthalt des Eingeladenen vor. Die Einladung erfolgt freiwillig und ohne wirtschaftliche Gegenleistung.</w:t>
      </w:r>
    </w:p>
    <w:p/>
    <w:p>
      <w:r>
        <w:rPr>
          <w:b w:val="0"/>
          <w:sz w:val="20"/>
        </w:rPr>
        <w:t>Ort : _______________________________________________________</w:t>
      </w:r>
    </w:p>
    <w:p>
      <w:r>
        <w:rPr>
          <w:b w:val="0"/>
          <w:sz w:val="20"/>
        </w:rPr>
        <w:t>Datum : 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Einladender (Gastgeber)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Eingeladener (Gast)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https://vorlagenfy.com/einladungsschreiben-visum-muster-privat/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einladungsschreiben-visum-muster-privat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