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E-MAIL ZUR EINBÜRGERUNG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möchte ich mein Interesse an der Einbürgerung in der Bundesrepublik Deutschland zum Ausdruck bringen.</w:t>
      </w:r>
    </w:p>
    <w:p/>
    <w:p>
      <w:r>
        <w:rPr>
          <w:b/>
          <w:sz w:val="20"/>
        </w:rPr>
        <w:t>Meine persönlichen Angaben lauten wie folgt:</w:t>
      </w:r>
    </w:p>
    <w:p>
      <w:r>
        <w:rPr>
          <w:b w:val="0"/>
          <w:sz w:val="20"/>
        </w:rPr>
        <w:t>Vor- und Nachname: ___________________________________________________</w:t>
      </w:r>
    </w:p>
    <w:p>
      <w:r>
        <w:rPr>
          <w:b w:val="0"/>
          <w:sz w:val="20"/>
        </w:rPr>
        <w:t>Geburtsort und Geburtsdatum: ___________________________________________</w:t>
      </w:r>
    </w:p>
    <w:p>
      <w:r>
        <w:rPr>
          <w:b w:val="0"/>
          <w:sz w:val="20"/>
        </w:rPr>
        <w:t>Staatsangehörigkeit: ___________________________________________________</w:t>
      </w:r>
    </w:p>
    <w:p>
      <w:r>
        <w:rPr>
          <w:b w:val="0"/>
          <w:sz w:val="20"/>
        </w:rPr>
        <w:t>Adresse: ______________________________________________________________</w:t>
      </w:r>
    </w:p>
    <w:p>
      <w:r>
        <w:rPr>
          <w:b w:val="0"/>
          <w:sz w:val="20"/>
        </w:rPr>
        <w:t>Telefonnummer: _________________________________________________________</w:t>
      </w:r>
    </w:p>
    <w:p/>
    <w:p>
      <w:r>
        <w:rPr>
          <w:b/>
          <w:sz w:val="20"/>
        </w:rPr>
        <w:t>Ich erfülle die Voraussetzungen für die Einbürgerung, insbesondere:</w:t>
      </w:r>
    </w:p>
    <w:p>
      <w:r>
        <w:rPr>
          <w:b w:val="0"/>
          <w:sz w:val="20"/>
        </w:rPr>
        <w:t>- ununterbrochener Aufenthalt in Deutschland seit mindestens 8 Jahren</w:t>
      </w:r>
    </w:p>
    <w:p>
      <w:r>
        <w:rPr>
          <w:b w:val="0"/>
          <w:sz w:val="20"/>
        </w:rPr>
        <w:t>- ausreichende deutsche Sprachkenntnisse</w:t>
      </w:r>
    </w:p>
    <w:p>
      <w:r>
        <w:rPr>
          <w:b w:val="0"/>
          <w:sz w:val="20"/>
        </w:rPr>
        <w:t>- keine strafrechtlichen Verurteilungen</w:t>
      </w:r>
    </w:p>
    <w:p>
      <w:r>
        <w:rPr>
          <w:b w:val="0"/>
          <w:sz w:val="20"/>
        </w:rPr>
        <w:t>- Sicherung des Lebensunterhalts ohne Inanspruchnahme öffentlicher Mittel</w:t>
      </w:r>
    </w:p>
    <w:p/>
    <w:p>
      <w:r>
        <w:rPr>
          <w:b w:val="0"/>
          <w:sz w:val="20"/>
        </w:rPr>
        <w:t>Ich bitte Sie höflich, meinen Antrag auf Einbürgerung wohlwollend zu prüfen und mich über das weitere Vorgehen zu informieren.</w:t>
      </w:r>
    </w:p>
    <w:p/>
    <w:p>
      <w:r>
        <w:rPr>
          <w:b/>
          <w:sz w:val="20"/>
        </w:rPr>
        <w:t>Folgende Unterlagen habe ich diesem Schreiben beigefügt:</w:t>
      </w:r>
    </w:p>
    <w:p>
      <w:r>
        <w:rPr>
          <w:b w:val="0"/>
          <w:sz w:val="20"/>
        </w:rPr>
        <w:t>- Kopie des Personalausweises oder Reisepasses</w:t>
      </w:r>
    </w:p>
    <w:p>
      <w:r>
        <w:rPr>
          <w:b w:val="0"/>
          <w:sz w:val="20"/>
        </w:rPr>
        <w:t>- Nachweis über Sprachkenntnisse</w:t>
      </w:r>
    </w:p>
    <w:p>
      <w:r>
        <w:rPr>
          <w:b w:val="0"/>
          <w:sz w:val="20"/>
        </w:rPr>
        <w:t>- Meldebescheinigung</w:t>
      </w:r>
    </w:p>
    <w:p>
      <w:r>
        <w:rPr>
          <w:b w:val="0"/>
          <w:sz w:val="20"/>
        </w:rPr>
        <w:t>- Bescheinigung über den Lebensunterhalt</w:t>
      </w:r>
    </w:p>
    <w:p>
      <w:r>
        <w:rPr>
          <w:b w:val="0"/>
          <w:sz w:val="20"/>
        </w:rPr>
        <w:t>- Strafregisterauszug</w:t>
      </w:r>
    </w:p>
    <w:p/>
    <w:p>
      <w:r>
        <w:rPr>
          <w:b w:val="0"/>
          <w:sz w:val="20"/>
        </w:rPr>
        <w:t>Für Rückfragen stehe ich Ihnen jederzeit gern zur Verfügung.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Vor- und Nachname</w:t>
      </w:r>
    </w:p>
    <w:p/>
    <w:p/>
    <w:p>
      <w:r>
        <w:rPr>
          <w:b w:val="0"/>
          <w:sz w:val="20"/>
        </w:rPr>
        <w:t>E-Mail: _____________________________________________________________</w:t>
      </w:r>
    </w:p>
    <w:p>
      <w:r>
        <w:rPr>
          <w:b w:val="0"/>
          <w:sz w:val="20"/>
        </w:rPr>
        <w:t>Telefon: ___________________________________________________________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Ort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https://vorlagenfy.com/einburgerung-email-muster/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einburgerung-email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