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EHRENAMTSVERTRAG</w:t>
      </w:r>
    </w:p>
    <w:p/>
    <w:p>
      <w:pPr>
        <w:jc w:val="center"/>
      </w:pPr>
      <w:r>
        <w:rPr>
          <w:b w:val="0"/>
          <w:sz w:val="20"/>
        </w:rPr>
        <w:t>zwischen</w:t>
      </w:r>
    </w:p>
    <w:p>
      <w:r>
        <w:rPr>
          <w:b/>
          <w:sz w:val="20"/>
        </w:rPr>
        <w:t>dem Verein / der Organisation:</w:t>
      </w:r>
    </w:p>
    <w:p>
      <w:r>
        <w:rPr>
          <w:b w:val="0"/>
          <w:sz w:val="20"/>
        </w:rPr>
        <w:t>Name : ________________________________________________</w:t>
      </w:r>
    </w:p>
    <w:p>
      <w:r>
        <w:rPr>
          <w:b w:val="0"/>
          <w:sz w:val="20"/>
        </w:rPr>
        <w:t>Anschrift : _____________________________________________</w:t>
      </w:r>
    </w:p>
    <w:p>
      <w:r>
        <w:rPr>
          <w:b w:val="0"/>
          <w:sz w:val="20"/>
        </w:rPr>
        <w:t>Vertreten durch : _______________________________________</w:t>
      </w:r>
    </w:p>
    <w:p/>
    <w:p>
      <w:pPr>
        <w:jc w:val="center"/>
      </w:pPr>
      <w:r>
        <w:rPr>
          <w:b w:val="0"/>
          <w:sz w:val="20"/>
        </w:rPr>
        <w:t>und</w:t>
      </w:r>
    </w:p>
    <w:p>
      <w:r>
        <w:rPr>
          <w:b/>
          <w:sz w:val="20"/>
        </w:rPr>
        <w:t>dem Ehrenamtlichen:</w:t>
      </w:r>
    </w:p>
    <w:p>
      <w:r>
        <w:rPr>
          <w:b w:val="0"/>
          <w:sz w:val="20"/>
        </w:rPr>
        <w:t>Vor- und Nachname : _____________________________________</w:t>
      </w:r>
    </w:p>
    <w:p>
      <w:r>
        <w:rPr>
          <w:b w:val="0"/>
          <w:sz w:val="20"/>
        </w:rPr>
        <w:t>Anschrift : _____________________________________________</w:t>
      </w:r>
    </w:p>
    <w:p/>
    <w:p>
      <w:r>
        <w:rPr>
          <w:b/>
          <w:sz w:val="20"/>
        </w:rPr>
        <w:t>§ 1 – Vertragsgegenstand</w:t>
      </w:r>
    </w:p>
    <w:p>
      <w:r>
        <w:rPr>
          <w:b w:val="0"/>
          <w:sz w:val="20"/>
        </w:rPr>
        <w:t>Der Ehrenamtliche verpflichtet sich, die im Rahmen des Vereins / der Organisation anfallenden Tätigkeiten ehrenamtlich und unentgeltlich auszuführen. Der Verein / die Organisation verpflichtet sich, dem Ehrenamtlichen die Ausübung der Tätigkeit zu ermöglichen und zu unterstützen.</w:t>
      </w:r>
    </w:p>
    <w:p/>
    <w:p>
      <w:r>
        <w:rPr>
          <w:b/>
          <w:sz w:val="20"/>
        </w:rPr>
        <w:t>§ 2 – Beginn und Dauer</w:t>
      </w:r>
    </w:p>
    <w:p>
      <w:r>
        <w:rPr>
          <w:b w:val="0"/>
          <w:sz w:val="20"/>
        </w:rPr>
        <w:t>Der Vertrag beginnt mit Unterzeichnung und wird auf unbestimmte Zeit geschlossen. Der Vertrag kann von beiden Parteien jederzeit ohne Angabe von Gründen mit einer Frist von vier Wochen schriftlich gekündigt werden.</w:t>
      </w:r>
    </w:p>
    <w:p/>
    <w:p>
      <w:r>
        <w:rPr>
          <w:b/>
          <w:sz w:val="20"/>
        </w:rPr>
        <w:t>§ 3 – Rechte und Pflichten des Ehrenamtlichen</w:t>
      </w:r>
    </w:p>
    <w:p>
      <w:r>
        <w:rPr>
          <w:b w:val="0"/>
          <w:sz w:val="20"/>
        </w:rPr>
        <w:t>Der Ehrenamtliche verpflichtet sich, die übertragenen Aufgaben sorgfältig und zuverlässig durchzuführen. Er verpflichtet sich zur Einhaltung der Satzung und der Ordnungen des Vereins / der Organisation.</w:t>
      </w:r>
    </w:p>
    <w:p/>
    <w:p>
      <w:r>
        <w:rPr>
          <w:b/>
          <w:sz w:val="20"/>
        </w:rPr>
        <w:t>§ 4 – Rechte und Pflichten des Vereins / der Organisation</w:t>
      </w:r>
    </w:p>
    <w:p>
      <w:r>
        <w:rPr>
          <w:b w:val="0"/>
          <w:sz w:val="20"/>
        </w:rPr>
        <w:t>Der Verein / die Organisation stellt dem Ehrenamtlichen die notwendigen Arbeitsmittel und Informationen zur Verfügung und unterstützt ihn bei der Ausübung seiner Tätigkeit. Zudem kommt der Fürsorgepflicht nach.</w:t>
      </w:r>
    </w:p>
    <w:p/>
    <w:p>
      <w:r>
        <w:rPr>
          <w:b/>
          <w:sz w:val="20"/>
        </w:rPr>
        <w:t>§ 5 – Versicherungsschutz</w:t>
      </w:r>
    </w:p>
    <w:p>
      <w:r>
        <w:rPr>
          <w:b w:val="0"/>
          <w:sz w:val="20"/>
        </w:rPr>
        <w:t>Der Ehrenamtliche ist im Rahmen seiner Tätigkeit über den Verein / die Organisation gesetzlich unfallversichert. Für sonstige Versicherungen ist der Verein / die Organisation nicht verantwortlich.</w:t>
      </w:r>
    </w:p>
    <w:p/>
    <w:p>
      <w:r>
        <w:rPr>
          <w:b/>
          <w:sz w:val="20"/>
        </w:rPr>
        <w:t>§ 6 – Aufwendungsersatz</w:t>
      </w:r>
    </w:p>
    <w:p>
      <w:r>
        <w:rPr>
          <w:b w:val="0"/>
          <w:sz w:val="20"/>
        </w:rPr>
        <w:t>Der Ehrenamtliche kann Ersatz für notwendige Auslagen verlangen, die im Zusammenhang mit der ehrenamtlichen Tätigkeit entstanden sind. Eine Vergütung der Tätigkeit erfolgt nicht.</w:t>
      </w:r>
    </w:p>
    <w:p/>
    <w:p>
      <w:r>
        <w:rPr>
          <w:b/>
          <w:sz w:val="20"/>
        </w:rPr>
        <w:t>§ 7 – Vertraulichkeit</w:t>
      </w:r>
    </w:p>
    <w:p>
      <w:r>
        <w:rPr>
          <w:b w:val="0"/>
          <w:sz w:val="20"/>
        </w:rPr>
        <w:t>Der Ehrenamtliche verpflichtet sich, über alle vertraulichen Angelegenheiten, die ihm im Rahmen seiner Tätigkeit bekannt werden, Stillschweigen zu bewahren.</w:t>
      </w:r>
    </w:p>
    <w:p/>
    <w:p>
      <w:r>
        <w:rPr>
          <w:b/>
          <w:sz w:val="20"/>
        </w:rPr>
        <w:t>§ 8 – Haftung</w:t>
      </w:r>
    </w:p>
    <w:p>
      <w:r>
        <w:rPr>
          <w:b w:val="0"/>
          <w:sz w:val="20"/>
        </w:rPr>
        <w:t>Der Ehrenamtliche haftet für Schäden nur bei Vorsatz und grober Fahrlässigkeit. Der Verein / die Organisation haftet nur für Schäden, die aus der Verletzung eigener Pflichten entstehen.</w:t>
      </w:r>
    </w:p>
    <w:p/>
    <w:p>
      <w:r>
        <w:rPr>
          <w:b/>
          <w:sz w:val="20"/>
        </w:rPr>
        <w:t>§ 9 – Sonstiges</w:t>
      </w:r>
    </w:p>
    <w:p>
      <w:r>
        <w:rPr>
          <w:b w:val="0"/>
          <w:sz w:val="20"/>
        </w:rPr>
        <w:t>Änderungen und Ergänzungen dieses Vertrages bedürfen der Schriftform. Sollten einzelne Bestimmungen dieses Vertrages unwirksam sein, so bleibt die Wirksamkeit der übrigen Bestimmungen unberührt.</w:t>
      </w:r>
    </w:p>
    <w:p/>
    <w:p/>
    <w:p>
      <w:r>
        <w:rPr>
          <w:b w:val="0"/>
          <w:sz w:val="20"/>
        </w:rPr>
        <w:t>Ort : ___________________________________</w:t>
      </w:r>
    </w:p>
    <w:p>
      <w:r>
        <w:rPr>
          <w:b w:val="0"/>
          <w:sz w:val="20"/>
        </w:rPr>
        <w:t>Datum :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Für den Verein / die Organisation</w:t>
            </w:r>
          </w:p>
        </w:tc>
        <w:tc>
          <w:tcPr>
            <w:tcW w:type="dxa" w:w="4986"/>
            <w:tcBorders>
              <w:top w:val="nil"/>
              <w:left w:val="nil"/>
              <w:bottom w:val="nil"/>
              <w:right w:val="nil"/>
              <w:insideH w:val="nil"/>
              <w:insideV w:val="nil"/>
            </w:tcBorders>
          </w:tcPr>
          <w:p>
            <w:pPr>
              <w:jc w:val="center"/>
            </w:pPr>
            <w:r>
              <w:t>Ehrenamtlicher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https://vorlagenfy.com/ehrenamtsvertrag-muster/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ehrenamtsvertrag-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