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DEKLARATORISCHES SCHULDANERKENNTNIS</w:t>
      </w:r>
    </w:p>
    <w:p/>
    <w:p>
      <w:r>
        <w:rPr>
          <w:b/>
          <w:sz w:val="20"/>
        </w:rPr>
        <w:t>Angaben des Schuldners (Schuldnerin/Schuldner) :</w:t>
      </w:r>
    </w:p>
    <w:p>
      <w:r>
        <w:rPr>
          <w:b w:val="0"/>
          <w:sz w:val="20"/>
        </w:rPr>
        <w:t>Name, Vorname : ________________________________________________</w:t>
      </w:r>
    </w:p>
    <w:p>
      <w:r>
        <w:rPr>
          <w:b w:val="0"/>
          <w:sz w:val="20"/>
        </w:rPr>
        <w:t>Geburtsdatum : ________________________________________________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Telefonnummer : _______________________________________________</w:t>
      </w:r>
    </w:p>
    <w:p/>
    <w:p>
      <w:r>
        <w:rPr>
          <w:b/>
          <w:sz w:val="20"/>
        </w:rPr>
        <w:t>Angaben des Gläubigers (Gläubigerin/Gläubiger) :</w:t>
      </w:r>
    </w:p>
    <w:p>
      <w:r>
        <w:rPr>
          <w:b w:val="0"/>
          <w:sz w:val="20"/>
        </w:rPr>
        <w:t>Name, Vorname : ________________________________________________</w:t>
      </w:r>
    </w:p>
    <w:p>
      <w:r>
        <w:rPr>
          <w:b w:val="0"/>
          <w:sz w:val="20"/>
        </w:rPr>
        <w:t>Geburtsdatum : ________________________________________________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Telefonnummer : _______________________________________________</w:t>
      </w:r>
    </w:p>
    <w:p/>
    <w:p>
      <w:r>
        <w:rPr>
          <w:b/>
          <w:sz w:val="20"/>
        </w:rPr>
        <w:t>Erklärung des Schuldners:</w:t>
      </w:r>
    </w:p>
    <w:p>
      <w:r>
        <w:rPr>
          <w:b w:val="0"/>
          <w:sz w:val="20"/>
        </w:rPr>
        <w:t>Hiermit erkenne ich an, gegenüber dem Gläubiger die nachfolgend bezeichnete Forderung zu haben und</w:t>
      </w:r>
    </w:p>
    <w:p>
      <w:r>
        <w:rPr>
          <w:b w:val="0"/>
          <w:sz w:val="20"/>
        </w:rPr>
        <w:t>diese unbestritten zu schulden. Ich verpflichte mich, die Forderung in nachstehender Höhe zu begleichen.</w:t>
      </w:r>
    </w:p>
    <w:p/>
    <w:p>
      <w:r>
        <w:rPr>
          <w:b/>
          <w:sz w:val="20"/>
        </w:rPr>
        <w:t>Forderungshöhe und Zahlungsmodalitäten :</w:t>
      </w:r>
    </w:p>
    <w:p>
      <w:r>
        <w:rPr>
          <w:b w:val="0"/>
          <w:sz w:val="20"/>
        </w:rPr>
        <w:t>Offener Betrag : _________________ EUR</w:t>
      </w:r>
    </w:p>
    <w:p>
      <w:r>
        <w:rPr>
          <w:b w:val="0"/>
          <w:sz w:val="20"/>
        </w:rPr>
        <w:t>Fälligkeitsdatum : _______________________________</w:t>
      </w:r>
    </w:p>
    <w:p>
      <w:r>
        <w:rPr>
          <w:b w:val="0"/>
          <w:sz w:val="20"/>
        </w:rPr>
        <w:t>Zahlungsweise : ____________________________________</w:t>
      </w:r>
    </w:p>
    <w:p/>
    <w:p>
      <w:r>
        <w:rPr>
          <w:b/>
          <w:sz w:val="20"/>
        </w:rPr>
        <w:t>Weitere Vereinbarungen :</w:t>
      </w:r>
    </w:p>
    <w:p>
      <w:r>
        <w:rPr>
          <w:b w:val="0"/>
          <w:sz w:val="20"/>
        </w:rPr>
        <w:t>_____________________________________________</w:t>
      </w:r>
    </w:p>
    <w:p>
      <w:r>
        <w:rPr>
          <w:b w:val="0"/>
          <w:sz w:val="20"/>
        </w:rPr>
        <w:t>_____________________________________________</w:t>
      </w:r>
    </w:p>
    <w:p>
      <w:r>
        <w:rPr>
          <w:b w:val="0"/>
          <w:sz w:val="20"/>
        </w:rPr>
        <w:t>_____________________________________________</w:t>
      </w:r>
    </w:p>
    <w:p/>
    <w:p>
      <w:r>
        <w:rPr>
          <w:b/>
          <w:sz w:val="20"/>
        </w:rPr>
        <w:t>Rechtsfolgen und Haftung :</w:t>
      </w:r>
    </w:p>
    <w:p>
      <w:r>
        <w:rPr>
          <w:b w:val="0"/>
          <w:sz w:val="20"/>
        </w:rPr>
        <w:t>Mir ist bekannt, dass dieses Schuldanerkenntnis als Beweismittel für die Forderung gilt</w:t>
      </w:r>
    </w:p>
    <w:p>
      <w:r>
        <w:rPr>
          <w:b w:val="0"/>
          <w:sz w:val="20"/>
        </w:rPr>
        <w:t>und im Falle einer gerichtlichen Auseinandersetzung die Beweislast erleichtert.</w:t>
      </w:r>
    </w:p>
    <w:p>
      <w:r>
        <w:rPr>
          <w:b w:val="0"/>
          <w:sz w:val="20"/>
        </w:rPr>
        <w:t>Die Forderung kann ohne weitere Nachweise vollstreckt werden.</w:t>
      </w:r>
    </w:p>
    <w:p/>
    <w:p>
      <w:r>
        <w:rPr>
          <w:b/>
          <w:sz w:val="20"/>
        </w:rPr>
        <w:t>Salvatorische Klausel :</w:t>
      </w:r>
    </w:p>
    <w:p>
      <w:r>
        <w:rPr>
          <w:b w:val="0"/>
          <w:sz w:val="20"/>
        </w:rPr>
        <w:t>Sollten einzelne Bestimmungen dieses Schuldanerkenntnisses unwirksam sein oder werden, so berührt</w:t>
      </w:r>
    </w:p>
    <w:p>
      <w:r>
        <w:rPr>
          <w:b w:val="0"/>
          <w:sz w:val="20"/>
        </w:rPr>
        <w:t>dies die Wirksamkeit der übrigen Bestimmungen nicht.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SCHULDNER (Schuldnerin/Schuldner)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GLÄUBIGER (Gläubigerin/Gläubiger)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https://vorlagenfy.com/deklaratorisches-schuldanerkenntnis-muster/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deklaratorisches-schuldanerkenntnis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