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BRUTTOERKLÄRUNG</w:t>
      </w:r>
    </w:p>
    <w:p/>
    <w:p>
      <w:r>
        <w:rPr>
          <w:b w:val="0"/>
          <w:sz w:val="20"/>
        </w:rPr>
        <w:t>Hiermit erkläre ich,</w:t>
      </w:r>
    </w:p>
    <w:p>
      <w:r>
        <w:rPr>
          <w:b w:val="0"/>
          <w:sz w:val="20"/>
        </w:rPr>
        <w:t>Vor- und Nachname : 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/>
    <w:p>
      <w:r>
        <w:rPr>
          <w:b/>
          <w:sz w:val="20"/>
        </w:rPr>
        <w:t>dass mein Bruttoeinkommen im Rahmen der geltenden gesetzlichen Bestimmungen wie folgt angegeben wird:</w:t>
      </w:r>
    </w:p>
    <w:p/>
    <w:p>
      <w:r>
        <w:rPr>
          <w:b w:val="0"/>
          <w:sz w:val="20"/>
        </w:rPr>
        <w:t>1. Einkünfte aus nichtselbständiger Arbeit : ___________________________ EUR</w:t>
      </w:r>
    </w:p>
    <w:p>
      <w:r>
        <w:rPr>
          <w:b w:val="0"/>
          <w:sz w:val="20"/>
        </w:rPr>
        <w:t>2. Einkünfte aus selbständiger Arbeit : _______________________________ EUR</w:t>
      </w:r>
    </w:p>
    <w:p>
      <w:r>
        <w:rPr>
          <w:b w:val="0"/>
          <w:sz w:val="20"/>
        </w:rPr>
        <w:t>3. Einkünfte aus Gewerbebetrieb : ____________________________________ EUR</w:t>
      </w:r>
    </w:p>
    <w:p>
      <w:r>
        <w:rPr>
          <w:b w:val="0"/>
          <w:sz w:val="20"/>
        </w:rPr>
        <w:t>4. Einkünfte aus Vermietung und Verpachtung : _________________________ EUR</w:t>
      </w:r>
    </w:p>
    <w:p>
      <w:r>
        <w:rPr>
          <w:b w:val="0"/>
          <w:sz w:val="20"/>
        </w:rPr>
        <w:t>5. Sonstige Einkünfte (bitte angeben) : _______________________________ EUR</w:t>
      </w:r>
    </w:p>
    <w:p/>
    <w:p>
      <w:r>
        <w:rPr>
          <w:b/>
          <w:sz w:val="20"/>
        </w:rPr>
        <w:t>Die genannten Angaben sind vollständig und richtig. Mir ist bewusst, dass falsche Angaben strafrechtliche Folgen haben können.</w:t>
      </w:r>
    </w:p>
    <w:p/>
    <w:p>
      <w:r>
        <w:rPr>
          <w:b w:val="0"/>
          <w:sz w:val="20"/>
        </w:rPr>
        <w:t>Diese Erklärung erfolgt freiwillig und dient Nachweiszwecken gegenüber Behörden und sonstigen berechtigten Stellen.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https://vorlagenfy.com/bruttoerklarung/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bruttoerklarun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